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1B113" w14:textId="77777777" w:rsidR="008412EB" w:rsidRPr="008412EB" w:rsidRDefault="008412EB" w:rsidP="008412EB">
      <w:pPr>
        <w:pStyle w:val="Overskrift1"/>
        <w:rPr>
          <w:lang w:val="da-DK"/>
        </w:rPr>
      </w:pPr>
      <w:r>
        <w:rPr>
          <w:lang w:val="da-DK"/>
        </w:rPr>
        <w:t xml:space="preserve">Hvad kan vi huske fra sidste års </w:t>
      </w:r>
      <w:proofErr w:type="gramStart"/>
      <w:r>
        <w:rPr>
          <w:lang w:val="da-DK"/>
        </w:rPr>
        <w:t>t</w:t>
      </w:r>
      <w:r w:rsidRPr="00586DFD">
        <w:rPr>
          <w:lang w:val="da-DK"/>
        </w:rPr>
        <w:t xml:space="preserve">eknologi </w:t>
      </w:r>
      <w:r>
        <w:rPr>
          <w:lang w:val="da-DK"/>
        </w:rPr>
        <w:t>?</w:t>
      </w:r>
      <w:proofErr w:type="gramEnd"/>
    </w:p>
    <w:p w14:paraId="2EA2E119" w14:textId="77777777" w:rsidR="00586DFD" w:rsidRDefault="008412EB">
      <w:pPr>
        <w:rPr>
          <w:lang w:val="da-DK"/>
        </w:rPr>
      </w:pPr>
      <w:r>
        <w:rPr>
          <w:lang w:val="da-DK"/>
        </w:rPr>
        <w:t>Navn:_____________________________________</w:t>
      </w:r>
    </w:p>
    <w:p w14:paraId="39A24297" w14:textId="7A62B078" w:rsidR="00586DFD" w:rsidRDefault="00586DFD">
      <w:pPr>
        <w:rPr>
          <w:lang w:val="da-DK"/>
        </w:rPr>
      </w:pPr>
      <w:r>
        <w:rPr>
          <w:lang w:val="da-DK"/>
        </w:rPr>
        <w:t xml:space="preserve">Vi skal have set på om </w:t>
      </w:r>
      <w:proofErr w:type="gramStart"/>
      <w:r>
        <w:rPr>
          <w:lang w:val="da-DK"/>
        </w:rPr>
        <w:t>i</w:t>
      </w:r>
      <w:proofErr w:type="gramEnd"/>
      <w:r>
        <w:rPr>
          <w:lang w:val="da-DK"/>
        </w:rPr>
        <w:t xml:space="preserve"> kan huske noget fra sidste år. I skal svare så godt i kan på nedenstående spørgsmål. Det er ok hvis der er ting </w:t>
      </w:r>
      <w:proofErr w:type="gramStart"/>
      <w:r>
        <w:rPr>
          <w:lang w:val="da-DK"/>
        </w:rPr>
        <w:t>i</w:t>
      </w:r>
      <w:proofErr w:type="gramEnd"/>
      <w:r>
        <w:rPr>
          <w:lang w:val="da-DK"/>
        </w:rPr>
        <w:t xml:space="preserve"> ikke kan huske, som fx hvem </w:t>
      </w:r>
      <w:proofErr w:type="gramStart"/>
      <w:r>
        <w:rPr>
          <w:lang w:val="da-DK"/>
        </w:rPr>
        <w:t>i</w:t>
      </w:r>
      <w:proofErr w:type="gramEnd"/>
      <w:r>
        <w:rPr>
          <w:lang w:val="da-DK"/>
        </w:rPr>
        <w:t xml:space="preserve"> var i gruppe med, men prøv at tænk</w:t>
      </w:r>
      <w:r w:rsidR="00E13BE5">
        <w:rPr>
          <w:lang w:val="da-DK"/>
        </w:rPr>
        <w:t>e</w:t>
      </w:r>
      <w:r>
        <w:rPr>
          <w:lang w:val="da-DK"/>
        </w:rPr>
        <w:t xml:space="preserve"> tilbage eller find en gammel opgave. </w:t>
      </w:r>
    </w:p>
    <w:p w14:paraId="20E171C6" w14:textId="77777777" w:rsidR="005D4F35" w:rsidRPr="00586DFD" w:rsidRDefault="00586DFD">
      <w:pPr>
        <w:rPr>
          <w:lang w:val="da-DK"/>
        </w:rPr>
      </w:pPr>
      <w:r>
        <w:rPr>
          <w:lang w:val="da-DK"/>
        </w:rPr>
        <w:t xml:space="preserve">Denne opgave er individuel og skal afleveres på </w:t>
      </w:r>
      <w:proofErr w:type="spellStart"/>
      <w:r>
        <w:rPr>
          <w:lang w:val="da-DK"/>
        </w:rPr>
        <w:t>lectio</w:t>
      </w:r>
      <w:proofErr w:type="spellEnd"/>
      <w:r>
        <w:rPr>
          <w:lang w:val="da-DK"/>
        </w:rPr>
        <w:t xml:space="preserve"> inden timerne er slut. </w:t>
      </w:r>
      <w:r w:rsidR="008412EB">
        <w:rPr>
          <w:lang w:val="da-DK"/>
        </w:rPr>
        <w:t xml:space="preserve">Skriv gerne i dette dokument. </w:t>
      </w:r>
      <w:r w:rsidR="008412EB" w:rsidRPr="00586DFD">
        <w:rPr>
          <w:lang w:val="da-DK"/>
        </w:rPr>
        <w:br/>
      </w:r>
    </w:p>
    <w:p w14:paraId="03D68762" w14:textId="77777777" w:rsidR="005D4F35" w:rsidRPr="00586DFD" w:rsidRDefault="008412EB">
      <w:pPr>
        <w:pStyle w:val="Overskrift2"/>
        <w:rPr>
          <w:lang w:val="da-DK"/>
        </w:rPr>
      </w:pPr>
      <w:r w:rsidRPr="00586DFD">
        <w:rPr>
          <w:lang w:val="da-DK"/>
        </w:rPr>
        <w:t>De fire projekter, du skal evaluere:</w:t>
      </w:r>
    </w:p>
    <w:p w14:paraId="581474E5" w14:textId="77777777" w:rsidR="005D4F35" w:rsidRPr="00586DFD" w:rsidRDefault="008412EB">
      <w:pPr>
        <w:rPr>
          <w:lang w:val="da-DK"/>
        </w:rPr>
      </w:pPr>
      <w:r w:rsidRPr="00586DFD">
        <w:rPr>
          <w:lang w:val="da-DK"/>
        </w:rPr>
        <w:t>1. Værkstedsintroduktion</w:t>
      </w:r>
      <w:r w:rsidR="00586DFD">
        <w:rPr>
          <w:lang w:val="da-DK"/>
        </w:rPr>
        <w:t xml:space="preserve"> – proces og tekstil</w:t>
      </w:r>
    </w:p>
    <w:p w14:paraId="23D55B2C" w14:textId="77777777" w:rsidR="005D4F35" w:rsidRPr="00586DFD" w:rsidRDefault="008412EB">
      <w:pPr>
        <w:rPr>
          <w:lang w:val="da-DK"/>
        </w:rPr>
      </w:pPr>
      <w:r w:rsidRPr="00586DFD">
        <w:rPr>
          <w:lang w:val="da-DK"/>
        </w:rPr>
        <w:t>2. Zoologisk have-projekt</w:t>
      </w:r>
    </w:p>
    <w:p w14:paraId="4B1762A0" w14:textId="77777777" w:rsidR="005D4F35" w:rsidRPr="00586DFD" w:rsidRDefault="008412EB">
      <w:pPr>
        <w:rPr>
          <w:lang w:val="da-DK"/>
        </w:rPr>
      </w:pPr>
      <w:r w:rsidRPr="00586DFD">
        <w:rPr>
          <w:lang w:val="da-DK"/>
        </w:rPr>
        <w:t>3. Infografik-projekt</w:t>
      </w:r>
    </w:p>
    <w:p w14:paraId="5B2F8471" w14:textId="77777777" w:rsidR="005D4F35" w:rsidRPr="00586DFD" w:rsidRDefault="008412EB">
      <w:pPr>
        <w:rPr>
          <w:lang w:val="da-DK"/>
        </w:rPr>
      </w:pPr>
      <w:r w:rsidRPr="00586DFD">
        <w:rPr>
          <w:lang w:val="da-DK"/>
        </w:rPr>
        <w:t>4. Sæbekasseprojekt</w:t>
      </w:r>
    </w:p>
    <w:p w14:paraId="48F8C79B" w14:textId="77777777" w:rsidR="005D4F35" w:rsidRPr="00586DFD" w:rsidRDefault="008412EB">
      <w:pPr>
        <w:pStyle w:val="Overskrift2"/>
        <w:rPr>
          <w:lang w:val="da-DK"/>
        </w:rPr>
      </w:pPr>
      <w:r w:rsidRPr="00586DFD">
        <w:rPr>
          <w:lang w:val="da-DK"/>
        </w:rPr>
        <w:t xml:space="preserve"> Opgavebeskrivelse</w:t>
      </w:r>
    </w:p>
    <w:p w14:paraId="0B0E5603" w14:textId="77777777" w:rsidR="005D4F35" w:rsidRPr="00586DFD" w:rsidRDefault="008412EB">
      <w:pPr>
        <w:rPr>
          <w:lang w:val="da-DK"/>
        </w:rPr>
      </w:pPr>
      <w:r w:rsidRPr="00586DFD">
        <w:rPr>
          <w:lang w:val="da-DK"/>
        </w:rPr>
        <w:t>Du skal skrive en evaluerende tekst, hvor du forholder dig til de fire projekter, du har arbejdet med i løbet af året. Besvar følgende spørgsmål i din tekst:</w:t>
      </w:r>
    </w:p>
    <w:p w14:paraId="40065641" w14:textId="77777777" w:rsidR="005D4F35" w:rsidRPr="00586DFD" w:rsidRDefault="008412EB">
      <w:pPr>
        <w:pStyle w:val="Overskrift3"/>
        <w:rPr>
          <w:lang w:val="da-DK"/>
        </w:rPr>
      </w:pPr>
      <w:r w:rsidRPr="00586DFD">
        <w:rPr>
          <w:lang w:val="da-DK"/>
        </w:rPr>
        <w:t>1. Hvad lærte du fagligt i hvert projekt?</w:t>
      </w:r>
    </w:p>
    <w:p w14:paraId="4E27D90C" w14:textId="77777777" w:rsidR="00586DFD" w:rsidRPr="00586DFD" w:rsidRDefault="008412EB">
      <w:pPr>
        <w:rPr>
          <w:lang w:val="da-DK"/>
        </w:rPr>
      </w:pPr>
      <w:r w:rsidRPr="00586DFD">
        <w:rPr>
          <w:lang w:val="da-DK"/>
        </w:rPr>
        <w:t xml:space="preserve">Beskriv 1-2 konkrete faglige pointer fra hvert projekt (fx </w:t>
      </w:r>
      <w:r w:rsidR="00586DFD">
        <w:rPr>
          <w:lang w:val="da-DK"/>
        </w:rPr>
        <w:t>dataindsamling, produktfremstilling, kilder</w:t>
      </w:r>
      <w:r w:rsidRPr="00586DFD">
        <w:rPr>
          <w:lang w:val="da-DK"/>
        </w:rPr>
        <w:t>, materialer).</w:t>
      </w:r>
    </w:p>
    <w:p w14:paraId="69BE8E9A" w14:textId="77777777" w:rsidR="005D4F35" w:rsidRPr="00586DFD" w:rsidRDefault="008412EB">
      <w:pPr>
        <w:pStyle w:val="Overskrift3"/>
        <w:rPr>
          <w:lang w:val="da-DK"/>
        </w:rPr>
      </w:pPr>
      <w:r w:rsidRPr="00586DFD">
        <w:rPr>
          <w:lang w:val="da-DK"/>
        </w:rPr>
        <w:t>2. Hvordan fungerede samarbejdet i grupperne?</w:t>
      </w:r>
    </w:p>
    <w:p w14:paraId="4E71A3B4" w14:textId="77777777" w:rsidR="005D4F35" w:rsidRPr="00586DFD" w:rsidRDefault="008412EB">
      <w:pPr>
        <w:rPr>
          <w:lang w:val="da-DK"/>
        </w:rPr>
      </w:pPr>
      <w:r w:rsidRPr="00586DFD">
        <w:rPr>
          <w:lang w:val="da-DK"/>
        </w:rPr>
        <w:t>Var der forskel fra projekt til projekt?</w:t>
      </w:r>
      <w:r w:rsidRPr="00586DFD">
        <w:rPr>
          <w:lang w:val="da-DK"/>
        </w:rPr>
        <w:br/>
        <w:t>Hvad fungerede godt, og hvad kunne gøres anderledes?</w:t>
      </w:r>
    </w:p>
    <w:p w14:paraId="78A21098" w14:textId="77777777" w:rsidR="005D4F35" w:rsidRPr="00586DFD" w:rsidRDefault="008412EB">
      <w:pPr>
        <w:pStyle w:val="Overskrift3"/>
        <w:rPr>
          <w:lang w:val="da-DK"/>
        </w:rPr>
      </w:pPr>
      <w:r w:rsidRPr="00586DFD">
        <w:rPr>
          <w:lang w:val="da-DK"/>
        </w:rPr>
        <w:t>3. Hvilke projekter oplevede du som mest og mindst interessante – og hvorfor?</w:t>
      </w:r>
    </w:p>
    <w:p w14:paraId="7C63A01C" w14:textId="77777777" w:rsidR="005D4F35" w:rsidRPr="00586DFD" w:rsidRDefault="008412EB">
      <w:pPr>
        <w:rPr>
          <w:lang w:val="da-DK"/>
        </w:rPr>
      </w:pPr>
      <w:r w:rsidRPr="00586DFD">
        <w:rPr>
          <w:lang w:val="da-DK"/>
        </w:rPr>
        <w:t>Giv en faglig eller personlig begrundelse.</w:t>
      </w:r>
    </w:p>
    <w:p w14:paraId="15024CFB" w14:textId="77777777" w:rsidR="005D4F35" w:rsidRPr="00586DFD" w:rsidRDefault="008412EB">
      <w:pPr>
        <w:pStyle w:val="Overskrift3"/>
        <w:rPr>
          <w:lang w:val="da-DK"/>
        </w:rPr>
      </w:pPr>
      <w:r w:rsidRPr="00586DFD">
        <w:rPr>
          <w:lang w:val="da-DK"/>
        </w:rPr>
        <w:t>4. Hvilke erfaringer tager du med videre til fremtidige projekter?</w:t>
      </w:r>
    </w:p>
    <w:p w14:paraId="145007F0" w14:textId="77777777" w:rsidR="008412EB" w:rsidRDefault="008412EB" w:rsidP="008412EB">
      <w:pPr>
        <w:rPr>
          <w:lang w:val="da-DK"/>
        </w:rPr>
      </w:pPr>
      <w:r w:rsidRPr="00586DFD">
        <w:rPr>
          <w:lang w:val="da-DK"/>
        </w:rPr>
        <w:t>Hvad vil du gøre anderledes næste gang?</w:t>
      </w:r>
      <w:r w:rsidRPr="00586DFD">
        <w:rPr>
          <w:lang w:val="da-DK"/>
        </w:rPr>
        <w:br/>
        <w:t>Hvad vil du gerne blive bedre til?</w:t>
      </w:r>
    </w:p>
    <w:p w14:paraId="5D4D31FE" w14:textId="77777777" w:rsidR="008412EB" w:rsidRDefault="008412EB" w:rsidP="008412EB">
      <w:pPr>
        <w:pStyle w:val="Overskrift3"/>
        <w:rPr>
          <w:lang w:val="da-DK"/>
        </w:rPr>
      </w:pPr>
      <w:r>
        <w:rPr>
          <w:lang w:val="da-DK"/>
        </w:rPr>
        <w:t>5. Hvad mangler jeg at få styr på?</w:t>
      </w:r>
    </w:p>
    <w:p w14:paraId="7583B2C4" w14:textId="77777777" w:rsidR="005D4F35" w:rsidRPr="00586DFD" w:rsidRDefault="008412EB">
      <w:pPr>
        <w:rPr>
          <w:lang w:val="da-DK"/>
        </w:rPr>
      </w:pPr>
      <w:r>
        <w:rPr>
          <w:lang w:val="da-DK"/>
        </w:rPr>
        <w:t>I bilaget kan du se hvad en eksamensrapport i teknologi forventes at indeholde. Du skal nu markere hvilke dele af rapporten du ikke føler du har styr på endnu. Dette kan gøres ved at overstrege overskriften i kolonne 2.</w:t>
      </w:r>
      <w:r w:rsidRPr="00586DFD">
        <w:rPr>
          <w:lang w:val="da-DK"/>
        </w:rPr>
        <w:br/>
      </w:r>
    </w:p>
    <w:p w14:paraId="586DECB5" w14:textId="77777777" w:rsidR="005D4F35" w:rsidRPr="00586DFD" w:rsidRDefault="008412EB">
      <w:pPr>
        <w:pStyle w:val="Overskrift2"/>
        <w:rPr>
          <w:lang w:val="da-DK"/>
        </w:rPr>
      </w:pPr>
      <w:r w:rsidRPr="00586DFD">
        <w:rPr>
          <w:lang w:val="da-DK"/>
        </w:rPr>
        <w:lastRenderedPageBreak/>
        <w:t>Tips</w:t>
      </w:r>
    </w:p>
    <w:p w14:paraId="0C1EBDFD" w14:textId="77777777" w:rsidR="005D4F35" w:rsidRDefault="008412EB">
      <w:pPr>
        <w:rPr>
          <w:lang w:val="da-DK"/>
        </w:rPr>
      </w:pPr>
      <w:r w:rsidRPr="00586DFD">
        <w:rPr>
          <w:lang w:val="da-DK"/>
        </w:rPr>
        <w:br/>
        <w:t>- Du må gerne strukturere din tekst med overskrifter (ét afsnit pr. projekt eller pr. spørgsmål).</w:t>
      </w:r>
      <w:r w:rsidRPr="00586DFD">
        <w:rPr>
          <w:lang w:val="da-DK"/>
        </w:rPr>
        <w:br/>
        <w:t>- Vær ærlig – formålet er læring, ikke karaktergivning.</w:t>
      </w:r>
      <w:r w:rsidRPr="00586DFD">
        <w:rPr>
          <w:lang w:val="da-DK"/>
        </w:rPr>
        <w:br/>
      </w:r>
    </w:p>
    <w:p w14:paraId="126B4B69" w14:textId="77777777" w:rsidR="008412EB" w:rsidRDefault="008412EB">
      <w:pPr>
        <w:rPr>
          <w:lang w:val="da-DK"/>
        </w:rPr>
      </w:pPr>
    </w:p>
    <w:p w14:paraId="3938ACF9" w14:textId="77777777" w:rsidR="008412EB" w:rsidRDefault="008412EB" w:rsidP="008412EB">
      <w:pPr>
        <w:pStyle w:val="Overskrift1"/>
        <w:rPr>
          <w:lang w:val="da-DK"/>
        </w:rPr>
      </w:pPr>
      <w:r>
        <w:rPr>
          <w:lang w:val="da-DK"/>
        </w:rPr>
        <w:t xml:space="preserve">BILAG </w:t>
      </w:r>
    </w:p>
    <w:p w14:paraId="4E509E47" w14:textId="77777777" w:rsidR="008412EB" w:rsidRDefault="008412EB">
      <w:pPr>
        <w:rPr>
          <w:lang w:val="da-DK"/>
        </w:rPr>
      </w:pPr>
    </w:p>
    <w:tbl>
      <w:tblPr>
        <w:tblStyle w:val="Tabel-Gitter"/>
        <w:tblW w:w="9622" w:type="dxa"/>
        <w:tblLook w:val="04A0" w:firstRow="1" w:lastRow="0" w:firstColumn="1" w:lastColumn="0" w:noHBand="0" w:noVBand="1"/>
      </w:tblPr>
      <w:tblGrid>
        <w:gridCol w:w="2777"/>
        <w:gridCol w:w="3051"/>
        <w:gridCol w:w="3794"/>
      </w:tblGrid>
      <w:tr w:rsidR="008412EB" w14:paraId="5532F83E" w14:textId="77777777" w:rsidTr="00F36DBB">
        <w:tc>
          <w:tcPr>
            <w:tcW w:w="9622" w:type="dxa"/>
            <w:gridSpan w:val="3"/>
            <w:shd w:val="clear" w:color="auto" w:fill="D6E3BC" w:themeFill="accent3" w:themeFillTint="66"/>
          </w:tcPr>
          <w:p w14:paraId="05D4F11F" w14:textId="77777777" w:rsidR="008412EB" w:rsidRPr="00073F08" w:rsidRDefault="008412EB" w:rsidP="00F36DBB">
            <w:pPr>
              <w:pStyle w:val="Titel"/>
              <w:rPr>
                <w:rFonts w:eastAsia="Times New Roman"/>
                <w:lang w:eastAsia="da-DK"/>
              </w:rPr>
            </w:pPr>
            <w:proofErr w:type="spellStart"/>
            <w:r w:rsidRPr="00073F08">
              <w:rPr>
                <w:rFonts w:eastAsia="Times New Roman"/>
                <w:lang w:eastAsia="da-DK"/>
              </w:rPr>
              <w:t>Rapportindhold</w:t>
            </w:r>
            <w:proofErr w:type="spellEnd"/>
            <w:r w:rsidRPr="00073F08">
              <w:rPr>
                <w:rFonts w:eastAsia="Times New Roman"/>
                <w:lang w:eastAsia="da-DK"/>
              </w:rPr>
              <w:t xml:space="preserve"> </w:t>
            </w:r>
            <w:proofErr w:type="spellStart"/>
            <w:r w:rsidRPr="00073F08">
              <w:rPr>
                <w:rFonts w:eastAsia="Times New Roman"/>
                <w:lang w:eastAsia="da-DK"/>
              </w:rPr>
              <w:t>teknologieksamensrapport</w:t>
            </w:r>
            <w:proofErr w:type="spellEnd"/>
          </w:p>
        </w:tc>
      </w:tr>
      <w:tr w:rsidR="008412EB" w:rsidRPr="00E13BE5" w14:paraId="5CA0B524" w14:textId="77777777" w:rsidTr="00F36DBB">
        <w:tc>
          <w:tcPr>
            <w:tcW w:w="2698" w:type="dxa"/>
            <w:vMerge w:val="restart"/>
          </w:tcPr>
          <w:p w14:paraId="1F6A5564" w14:textId="77777777" w:rsidR="008412EB" w:rsidRPr="00483020" w:rsidRDefault="008412EB" w:rsidP="00F36DBB">
            <w:pPr>
              <w:rPr>
                <w:rFonts w:eastAsia="Times New Roman"/>
                <w:b/>
                <w:lang w:eastAsia="da-DK"/>
              </w:rPr>
            </w:pPr>
            <w:proofErr w:type="spellStart"/>
            <w:r>
              <w:rPr>
                <w:rFonts w:eastAsia="Times New Roman"/>
                <w:b/>
                <w:lang w:eastAsia="da-DK"/>
              </w:rPr>
              <w:t>Formalia</w:t>
            </w:r>
            <w:proofErr w:type="spellEnd"/>
          </w:p>
        </w:tc>
        <w:tc>
          <w:tcPr>
            <w:tcW w:w="3090" w:type="dxa"/>
          </w:tcPr>
          <w:p w14:paraId="4D5AA243" w14:textId="77777777" w:rsidR="008412EB" w:rsidRPr="00411613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 w:rsidRPr="00411613">
              <w:rPr>
                <w:rFonts w:eastAsia="Times New Roman"/>
                <w:lang w:eastAsia="da-DK"/>
              </w:rPr>
              <w:t>Forside</w:t>
            </w:r>
            <w:proofErr w:type="spellEnd"/>
          </w:p>
        </w:tc>
        <w:tc>
          <w:tcPr>
            <w:tcW w:w="3834" w:type="dxa"/>
          </w:tcPr>
          <w:p w14:paraId="290FC260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  <w:r w:rsidRPr="008412EB">
              <w:rPr>
                <w:rFonts w:eastAsia="Times New Roman"/>
                <w:lang w:val="da-DK" w:eastAsia="da-DK"/>
              </w:rPr>
              <w:t>rapportens titel, fag, gruppemedlemmer, skole og dato</w:t>
            </w:r>
          </w:p>
        </w:tc>
      </w:tr>
      <w:tr w:rsidR="008412EB" w14:paraId="383B705A" w14:textId="77777777" w:rsidTr="00F36DBB">
        <w:tc>
          <w:tcPr>
            <w:tcW w:w="2698" w:type="dxa"/>
            <w:vMerge/>
          </w:tcPr>
          <w:p w14:paraId="1C51FEDF" w14:textId="77777777" w:rsidR="008412EB" w:rsidRPr="008412EB" w:rsidRDefault="008412EB" w:rsidP="00F36DBB">
            <w:pPr>
              <w:rPr>
                <w:rFonts w:eastAsia="Times New Roman"/>
                <w:b/>
                <w:lang w:val="da-DK" w:eastAsia="da-DK"/>
              </w:rPr>
            </w:pPr>
          </w:p>
        </w:tc>
        <w:tc>
          <w:tcPr>
            <w:tcW w:w="3090" w:type="dxa"/>
          </w:tcPr>
          <w:p w14:paraId="10AB6DDB" w14:textId="77777777" w:rsidR="008412EB" w:rsidRPr="00411613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 w:rsidRPr="00411613">
              <w:rPr>
                <w:rFonts w:eastAsia="Times New Roman"/>
                <w:lang w:eastAsia="da-DK"/>
              </w:rPr>
              <w:t>Titelblad</w:t>
            </w:r>
            <w:proofErr w:type="spellEnd"/>
            <w:r w:rsidRPr="00411613">
              <w:rPr>
                <w:rFonts w:eastAsia="Times New Roman"/>
                <w:lang w:eastAsia="da-DK"/>
              </w:rPr>
              <w:t xml:space="preserve"> med resume</w:t>
            </w:r>
          </w:p>
        </w:tc>
        <w:tc>
          <w:tcPr>
            <w:tcW w:w="3834" w:type="dxa"/>
          </w:tcPr>
          <w:p w14:paraId="1BA230EB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</w:p>
        </w:tc>
      </w:tr>
      <w:tr w:rsidR="008412EB" w14:paraId="78483BD5" w14:textId="77777777" w:rsidTr="00F36DBB">
        <w:tc>
          <w:tcPr>
            <w:tcW w:w="2698" w:type="dxa"/>
            <w:vMerge/>
          </w:tcPr>
          <w:p w14:paraId="5B520363" w14:textId="77777777" w:rsidR="008412EB" w:rsidRPr="00483020" w:rsidRDefault="008412EB" w:rsidP="00F36DBB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14:paraId="7458CCDF" w14:textId="77777777" w:rsidR="008412EB" w:rsidRPr="00411613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 w:rsidRPr="00411613">
              <w:rPr>
                <w:rFonts w:eastAsia="Times New Roman"/>
                <w:lang w:eastAsia="da-DK"/>
              </w:rPr>
              <w:t>Indholdsfortegnelse</w:t>
            </w:r>
            <w:proofErr w:type="spellEnd"/>
          </w:p>
        </w:tc>
        <w:tc>
          <w:tcPr>
            <w:tcW w:w="3834" w:type="dxa"/>
          </w:tcPr>
          <w:p w14:paraId="0DB87409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</w:p>
        </w:tc>
      </w:tr>
      <w:tr w:rsidR="008412EB" w14:paraId="3E8C6821" w14:textId="77777777" w:rsidTr="00F36DBB">
        <w:tc>
          <w:tcPr>
            <w:tcW w:w="2698" w:type="dxa"/>
            <w:vMerge/>
          </w:tcPr>
          <w:p w14:paraId="062C4DEC" w14:textId="77777777" w:rsidR="008412EB" w:rsidRPr="00483020" w:rsidRDefault="008412EB" w:rsidP="00F36DBB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14:paraId="6CB60DCE" w14:textId="77777777" w:rsidR="008412EB" w:rsidRPr="00411613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 w:rsidRPr="00411613">
              <w:rPr>
                <w:rFonts w:eastAsia="Times New Roman"/>
                <w:lang w:eastAsia="da-DK"/>
              </w:rPr>
              <w:t>Indledning</w:t>
            </w:r>
            <w:proofErr w:type="spellEnd"/>
          </w:p>
        </w:tc>
        <w:tc>
          <w:tcPr>
            <w:tcW w:w="3834" w:type="dxa"/>
          </w:tcPr>
          <w:p w14:paraId="1F3C8515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 w:rsidRPr="00170116">
              <w:rPr>
                <w:rFonts w:eastAsia="Times New Roman"/>
                <w:lang w:eastAsia="da-DK"/>
              </w:rPr>
              <w:t>læseren</w:t>
            </w:r>
            <w:proofErr w:type="spellEnd"/>
            <w:r w:rsidRPr="00170116">
              <w:rPr>
                <w:rFonts w:eastAsia="Times New Roman"/>
                <w:lang w:eastAsia="da-DK"/>
              </w:rPr>
              <w:t xml:space="preserve"> </w:t>
            </w:r>
            <w:proofErr w:type="spellStart"/>
            <w:r w:rsidRPr="00170116">
              <w:rPr>
                <w:rFonts w:eastAsia="Times New Roman"/>
                <w:lang w:eastAsia="da-DK"/>
              </w:rPr>
              <w:t>indføres</w:t>
            </w:r>
            <w:proofErr w:type="spellEnd"/>
            <w:r w:rsidRPr="00170116">
              <w:rPr>
                <w:rFonts w:eastAsia="Times New Roman"/>
                <w:lang w:eastAsia="da-DK"/>
              </w:rPr>
              <w:t xml:space="preserve"> </w:t>
            </w:r>
            <w:proofErr w:type="spellStart"/>
            <w:r w:rsidRPr="00170116">
              <w:rPr>
                <w:rFonts w:eastAsia="Times New Roman"/>
                <w:lang w:eastAsia="da-DK"/>
              </w:rPr>
              <w:t>i</w:t>
            </w:r>
            <w:proofErr w:type="spellEnd"/>
            <w:r w:rsidRPr="00170116">
              <w:rPr>
                <w:rFonts w:eastAsia="Times New Roman"/>
                <w:lang w:eastAsia="da-DK"/>
              </w:rPr>
              <w:t xml:space="preserve"> </w:t>
            </w:r>
            <w:proofErr w:type="spellStart"/>
            <w:r w:rsidRPr="00170116">
              <w:rPr>
                <w:rFonts w:eastAsia="Times New Roman"/>
                <w:lang w:eastAsia="da-DK"/>
              </w:rPr>
              <w:t>problemstillingen</w:t>
            </w:r>
            <w:proofErr w:type="spellEnd"/>
            <w:r>
              <w:rPr>
                <w:rFonts w:eastAsia="Times New Roman"/>
                <w:lang w:eastAsia="da-DK"/>
              </w:rPr>
              <w:t xml:space="preserve"> /</w:t>
            </w:r>
            <w:proofErr w:type="spellStart"/>
            <w:r>
              <w:rPr>
                <w:rFonts w:eastAsia="Times New Roman"/>
                <w:lang w:eastAsia="da-DK"/>
              </w:rPr>
              <w:t>opgaven</w:t>
            </w:r>
            <w:proofErr w:type="spellEnd"/>
          </w:p>
          <w:p w14:paraId="6FCA4A2C" w14:textId="77777777" w:rsidR="008412EB" w:rsidRPr="00170116" w:rsidRDefault="008412EB" w:rsidP="00F36DBB">
            <w:pPr>
              <w:rPr>
                <w:rFonts w:eastAsia="Times New Roman"/>
                <w:lang w:eastAsia="da-DK"/>
              </w:rPr>
            </w:pPr>
          </w:p>
        </w:tc>
      </w:tr>
      <w:tr w:rsidR="008412EB" w:rsidRPr="00E13BE5" w14:paraId="10C3E59A" w14:textId="77777777" w:rsidTr="00F36DBB">
        <w:tc>
          <w:tcPr>
            <w:tcW w:w="2698" w:type="dxa"/>
            <w:vMerge w:val="restart"/>
          </w:tcPr>
          <w:p w14:paraId="2B83946E" w14:textId="77777777" w:rsidR="008412EB" w:rsidRPr="00483020" w:rsidRDefault="008412EB" w:rsidP="00F36DBB">
            <w:pPr>
              <w:rPr>
                <w:rFonts w:eastAsia="Times New Roman"/>
                <w:b/>
                <w:lang w:eastAsia="da-DK"/>
              </w:rPr>
            </w:pPr>
            <w:proofErr w:type="spellStart"/>
            <w:r>
              <w:rPr>
                <w:rFonts w:eastAsia="Times New Roman"/>
                <w:b/>
                <w:lang w:eastAsia="da-DK"/>
              </w:rPr>
              <w:t>Problembeskrivelse</w:t>
            </w:r>
            <w:proofErr w:type="spellEnd"/>
          </w:p>
        </w:tc>
        <w:tc>
          <w:tcPr>
            <w:tcW w:w="3090" w:type="dxa"/>
          </w:tcPr>
          <w:p w14:paraId="71E1FCA6" w14:textId="77777777" w:rsidR="008412EB" w:rsidRPr="00411613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 w:rsidRPr="00411613">
              <w:rPr>
                <w:rFonts w:eastAsia="Times New Roman"/>
                <w:lang w:eastAsia="da-DK"/>
              </w:rPr>
              <w:t>Problemtræ</w:t>
            </w:r>
            <w:proofErr w:type="spellEnd"/>
          </w:p>
        </w:tc>
        <w:tc>
          <w:tcPr>
            <w:tcW w:w="3834" w:type="dxa"/>
          </w:tcPr>
          <w:p w14:paraId="05A67175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  <w:r w:rsidRPr="008412EB">
              <w:rPr>
                <w:rFonts w:eastAsia="Times New Roman"/>
                <w:lang w:val="da-DK" w:eastAsia="da-DK"/>
              </w:rPr>
              <w:t xml:space="preserve">Årsager og konsekvenser tydeliggøres. Afgræns </w:t>
            </w:r>
            <w:proofErr w:type="spellStart"/>
            <w:r w:rsidRPr="008412EB">
              <w:rPr>
                <w:rFonts w:eastAsia="Times New Roman"/>
                <w:lang w:val="da-DK" w:eastAsia="da-DK"/>
              </w:rPr>
              <w:t>evt</w:t>
            </w:r>
            <w:proofErr w:type="spellEnd"/>
            <w:r w:rsidRPr="008412EB">
              <w:rPr>
                <w:rFonts w:eastAsia="Times New Roman"/>
                <w:lang w:val="da-DK" w:eastAsia="da-DK"/>
              </w:rPr>
              <w:t xml:space="preserve"> problemtræet</w:t>
            </w:r>
          </w:p>
          <w:p w14:paraId="5D5B4070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</w:p>
        </w:tc>
      </w:tr>
      <w:tr w:rsidR="008412EB" w:rsidRPr="00E13BE5" w14:paraId="14356706" w14:textId="77777777" w:rsidTr="00F36DBB">
        <w:tc>
          <w:tcPr>
            <w:tcW w:w="2698" w:type="dxa"/>
            <w:vMerge/>
          </w:tcPr>
          <w:p w14:paraId="464C016A" w14:textId="77777777" w:rsidR="008412EB" w:rsidRPr="008412EB" w:rsidRDefault="008412EB" w:rsidP="00F36DBB">
            <w:pPr>
              <w:rPr>
                <w:rFonts w:eastAsia="Times New Roman"/>
                <w:b/>
                <w:lang w:val="da-DK" w:eastAsia="da-DK"/>
              </w:rPr>
            </w:pPr>
          </w:p>
        </w:tc>
        <w:tc>
          <w:tcPr>
            <w:tcW w:w="3090" w:type="dxa"/>
          </w:tcPr>
          <w:p w14:paraId="6CDF0962" w14:textId="77777777" w:rsidR="008412EB" w:rsidRPr="00411613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 w:rsidRPr="00411613">
              <w:rPr>
                <w:rFonts w:eastAsia="Times New Roman"/>
                <w:lang w:eastAsia="da-DK"/>
              </w:rPr>
              <w:t>Problemanalyse</w:t>
            </w:r>
            <w:proofErr w:type="spellEnd"/>
          </w:p>
        </w:tc>
        <w:tc>
          <w:tcPr>
            <w:tcW w:w="3834" w:type="dxa"/>
          </w:tcPr>
          <w:p w14:paraId="4377F88D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  <w:r w:rsidRPr="008412EB">
              <w:rPr>
                <w:rFonts w:eastAsia="Times New Roman"/>
                <w:lang w:val="da-DK" w:eastAsia="da-DK"/>
              </w:rPr>
              <w:t>hvor problemstillingen analyseres og dokumenteres. I skal indsamle informationer, som I skal bearbejde og analysere for at redegøre for og dokumentere problemet</w:t>
            </w:r>
          </w:p>
          <w:p w14:paraId="6C870E1D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</w:p>
        </w:tc>
      </w:tr>
      <w:tr w:rsidR="008412EB" w:rsidRPr="00E13BE5" w14:paraId="70775A9C" w14:textId="77777777" w:rsidTr="00F36DBB">
        <w:tc>
          <w:tcPr>
            <w:tcW w:w="2698" w:type="dxa"/>
            <w:vMerge/>
          </w:tcPr>
          <w:p w14:paraId="5FBE07A7" w14:textId="77777777" w:rsidR="008412EB" w:rsidRPr="008412EB" w:rsidRDefault="008412EB" w:rsidP="00F36DBB">
            <w:pPr>
              <w:rPr>
                <w:rFonts w:eastAsia="Times New Roman"/>
                <w:b/>
                <w:lang w:val="da-DK" w:eastAsia="da-DK"/>
              </w:rPr>
            </w:pPr>
          </w:p>
        </w:tc>
        <w:tc>
          <w:tcPr>
            <w:tcW w:w="3090" w:type="dxa"/>
          </w:tcPr>
          <w:p w14:paraId="18386D88" w14:textId="77777777" w:rsidR="008412EB" w:rsidRPr="00411613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 w:rsidRPr="00411613">
              <w:rPr>
                <w:rFonts w:eastAsia="Times New Roman"/>
                <w:lang w:eastAsia="da-DK"/>
              </w:rPr>
              <w:t>Problemformulering</w:t>
            </w:r>
            <w:proofErr w:type="spellEnd"/>
          </w:p>
        </w:tc>
        <w:tc>
          <w:tcPr>
            <w:tcW w:w="3834" w:type="dxa"/>
          </w:tcPr>
          <w:p w14:paraId="47CEC868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  <w:r w:rsidRPr="008412EB">
              <w:rPr>
                <w:rFonts w:eastAsia="Times New Roman"/>
                <w:lang w:val="da-DK" w:eastAsia="da-DK"/>
              </w:rPr>
              <w:t>Husk det skal stilles som et spørgsmål som der ikke kan besvares med ja/nej</w:t>
            </w:r>
          </w:p>
          <w:p w14:paraId="62EB1AFE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</w:p>
        </w:tc>
      </w:tr>
      <w:tr w:rsidR="008412EB" w:rsidRPr="00E13BE5" w14:paraId="19F22DED" w14:textId="77777777" w:rsidTr="00F36DBB">
        <w:tc>
          <w:tcPr>
            <w:tcW w:w="2698" w:type="dxa"/>
            <w:vMerge/>
          </w:tcPr>
          <w:p w14:paraId="2DDC18CC" w14:textId="77777777" w:rsidR="008412EB" w:rsidRPr="008412EB" w:rsidRDefault="008412EB" w:rsidP="00F36DBB">
            <w:pPr>
              <w:rPr>
                <w:rFonts w:eastAsia="Times New Roman"/>
                <w:b/>
                <w:lang w:val="da-DK" w:eastAsia="da-DK"/>
              </w:rPr>
            </w:pPr>
          </w:p>
        </w:tc>
        <w:tc>
          <w:tcPr>
            <w:tcW w:w="3090" w:type="dxa"/>
          </w:tcPr>
          <w:p w14:paraId="6FB002FA" w14:textId="77777777" w:rsidR="008412EB" w:rsidRPr="00411613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>
              <w:rPr>
                <w:rFonts w:eastAsia="Times New Roman"/>
                <w:lang w:eastAsia="da-DK"/>
              </w:rPr>
              <w:t>Tidsplan</w:t>
            </w:r>
            <w:proofErr w:type="spellEnd"/>
          </w:p>
        </w:tc>
        <w:tc>
          <w:tcPr>
            <w:tcW w:w="3834" w:type="dxa"/>
          </w:tcPr>
          <w:p w14:paraId="4E6F2BDA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  <w:r w:rsidRPr="008412EB">
              <w:rPr>
                <w:rFonts w:eastAsia="Times New Roman"/>
                <w:lang w:val="da-DK" w:eastAsia="da-DK"/>
              </w:rPr>
              <w:t xml:space="preserve">I opstiller en foreløbig tidsplan hvor </w:t>
            </w:r>
            <w:proofErr w:type="gramStart"/>
            <w:r w:rsidRPr="008412EB">
              <w:rPr>
                <w:rFonts w:eastAsia="Times New Roman"/>
                <w:lang w:val="da-DK" w:eastAsia="da-DK"/>
              </w:rPr>
              <w:t>i</w:t>
            </w:r>
            <w:proofErr w:type="gramEnd"/>
            <w:r w:rsidRPr="008412EB">
              <w:rPr>
                <w:rFonts w:eastAsia="Times New Roman"/>
                <w:lang w:val="da-DK" w:eastAsia="da-DK"/>
              </w:rPr>
              <w:t xml:space="preserve"> har planlægger hele projektforløbet med p for planlagt, og u når opgaven er udført</w:t>
            </w:r>
          </w:p>
        </w:tc>
      </w:tr>
      <w:tr w:rsidR="008412EB" w14:paraId="041545A1" w14:textId="77777777" w:rsidTr="00F36DBB">
        <w:trPr>
          <w:trHeight w:val="448"/>
        </w:trPr>
        <w:tc>
          <w:tcPr>
            <w:tcW w:w="2698" w:type="dxa"/>
            <w:vMerge w:val="restart"/>
          </w:tcPr>
          <w:p w14:paraId="7AD8ADDE" w14:textId="77777777" w:rsidR="008412EB" w:rsidRPr="00170116" w:rsidRDefault="008412EB" w:rsidP="00F36DBB">
            <w:pPr>
              <w:rPr>
                <w:rFonts w:eastAsia="Times New Roman"/>
                <w:b/>
                <w:lang w:eastAsia="da-DK"/>
              </w:rPr>
            </w:pPr>
            <w:proofErr w:type="spellStart"/>
            <w:r w:rsidRPr="00170116">
              <w:rPr>
                <w:rFonts w:eastAsia="Times New Roman"/>
                <w:b/>
                <w:lang w:eastAsia="da-DK"/>
              </w:rPr>
              <w:t>Produktprincip</w:t>
            </w:r>
            <w:proofErr w:type="spellEnd"/>
          </w:p>
        </w:tc>
        <w:tc>
          <w:tcPr>
            <w:tcW w:w="3090" w:type="dxa"/>
          </w:tcPr>
          <w:p w14:paraId="65931681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</w:p>
        </w:tc>
        <w:tc>
          <w:tcPr>
            <w:tcW w:w="3834" w:type="dxa"/>
          </w:tcPr>
          <w:p w14:paraId="56D3529D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</w:p>
        </w:tc>
      </w:tr>
      <w:tr w:rsidR="008412EB" w:rsidRPr="00E13BE5" w14:paraId="2B4C73FB" w14:textId="77777777" w:rsidTr="00F36DBB">
        <w:tc>
          <w:tcPr>
            <w:tcW w:w="2698" w:type="dxa"/>
            <w:vMerge/>
          </w:tcPr>
          <w:p w14:paraId="3F1CD6E1" w14:textId="77777777" w:rsidR="008412EB" w:rsidRPr="00170116" w:rsidRDefault="008412EB" w:rsidP="00F36DBB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14:paraId="506C41B7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>
              <w:rPr>
                <w:rFonts w:eastAsia="Times New Roman"/>
                <w:lang w:eastAsia="da-DK"/>
              </w:rPr>
              <w:t>Idegenerering</w:t>
            </w:r>
            <w:proofErr w:type="spellEnd"/>
          </w:p>
        </w:tc>
        <w:tc>
          <w:tcPr>
            <w:tcW w:w="3834" w:type="dxa"/>
          </w:tcPr>
          <w:p w14:paraId="6421EA5C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  <w:r w:rsidRPr="008412EB">
              <w:rPr>
                <w:rFonts w:eastAsia="Times New Roman"/>
                <w:lang w:val="da-DK" w:eastAsia="da-DK"/>
              </w:rPr>
              <w:t xml:space="preserve">Brainstorm over mulige løsninger på problemet. Brug </w:t>
            </w:r>
            <w:proofErr w:type="spellStart"/>
            <w:r w:rsidRPr="008412EB">
              <w:rPr>
                <w:rFonts w:eastAsia="Times New Roman"/>
                <w:lang w:val="da-DK" w:eastAsia="da-DK"/>
              </w:rPr>
              <w:t>evt</w:t>
            </w:r>
            <w:proofErr w:type="spellEnd"/>
            <w:r w:rsidRPr="008412EB">
              <w:rPr>
                <w:rFonts w:eastAsia="Times New Roman"/>
                <w:lang w:val="da-DK" w:eastAsia="da-DK"/>
              </w:rPr>
              <w:t xml:space="preserve"> forskellige teknikker til brainstorm</w:t>
            </w:r>
          </w:p>
          <w:p w14:paraId="0428C64F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</w:p>
        </w:tc>
      </w:tr>
      <w:tr w:rsidR="008412EB" w:rsidRPr="00E13BE5" w14:paraId="609F9FE7" w14:textId="77777777" w:rsidTr="00F36DBB">
        <w:tc>
          <w:tcPr>
            <w:tcW w:w="2698" w:type="dxa"/>
            <w:vMerge/>
          </w:tcPr>
          <w:p w14:paraId="2F0A2F43" w14:textId="77777777" w:rsidR="008412EB" w:rsidRPr="008412EB" w:rsidRDefault="008412EB" w:rsidP="00F36DBB">
            <w:pPr>
              <w:rPr>
                <w:rFonts w:eastAsia="Times New Roman"/>
                <w:b/>
                <w:lang w:val="da-DK" w:eastAsia="da-DK"/>
              </w:rPr>
            </w:pPr>
          </w:p>
        </w:tc>
        <w:tc>
          <w:tcPr>
            <w:tcW w:w="3090" w:type="dxa"/>
          </w:tcPr>
          <w:p w14:paraId="34C3F754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>
              <w:rPr>
                <w:rFonts w:eastAsia="Times New Roman"/>
                <w:lang w:eastAsia="da-DK"/>
              </w:rPr>
              <w:t>Løsningskrav</w:t>
            </w:r>
            <w:proofErr w:type="spellEnd"/>
          </w:p>
        </w:tc>
        <w:tc>
          <w:tcPr>
            <w:tcW w:w="3834" w:type="dxa"/>
          </w:tcPr>
          <w:p w14:paraId="5CF4311F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  <w:r w:rsidRPr="008412EB">
              <w:rPr>
                <w:rFonts w:eastAsia="Times New Roman"/>
                <w:lang w:val="da-DK" w:eastAsia="da-DK"/>
              </w:rPr>
              <w:t>kravene beskrives og der argumenteres for vægtningen</w:t>
            </w:r>
          </w:p>
          <w:p w14:paraId="1F0D69C6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</w:p>
        </w:tc>
      </w:tr>
      <w:tr w:rsidR="008412EB" w:rsidRPr="00E13BE5" w14:paraId="576A39A2" w14:textId="77777777" w:rsidTr="00F36DBB">
        <w:tc>
          <w:tcPr>
            <w:tcW w:w="2698" w:type="dxa"/>
            <w:vMerge/>
          </w:tcPr>
          <w:p w14:paraId="66C64BFD" w14:textId="77777777" w:rsidR="008412EB" w:rsidRPr="008412EB" w:rsidRDefault="008412EB" w:rsidP="00F36DBB">
            <w:pPr>
              <w:rPr>
                <w:rFonts w:eastAsia="Times New Roman"/>
                <w:b/>
                <w:lang w:val="da-DK" w:eastAsia="da-DK"/>
              </w:rPr>
            </w:pPr>
          </w:p>
        </w:tc>
        <w:tc>
          <w:tcPr>
            <w:tcW w:w="3090" w:type="dxa"/>
          </w:tcPr>
          <w:p w14:paraId="605E1867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</w:p>
          <w:p w14:paraId="14DB0C0D" w14:textId="77777777" w:rsidR="008412EB" w:rsidRDefault="008412EB" w:rsidP="00F36DBB">
            <w:pPr>
              <w:rPr>
                <w:rFonts w:eastAsia="Times New Roman"/>
              </w:rPr>
            </w:pPr>
            <w:r>
              <w:rPr>
                <w:rFonts w:eastAsia="Times New Roman"/>
                <w:lang w:eastAsia="da-DK"/>
              </w:rPr>
              <w:t xml:space="preserve">PV </w:t>
            </w:r>
            <w:proofErr w:type="spellStart"/>
            <w:r>
              <w:rPr>
                <w:rFonts w:eastAsia="Times New Roman"/>
                <w:lang w:eastAsia="da-DK"/>
              </w:rPr>
              <w:t>skema</w:t>
            </w:r>
            <w:proofErr w:type="spellEnd"/>
            <w:r>
              <w:rPr>
                <w:rFonts w:eastAsia="Times New Roman"/>
                <w:lang w:eastAsia="da-DK"/>
              </w:rPr>
              <w:t>:</w:t>
            </w:r>
            <w:r>
              <w:t xml:space="preserve"> </w:t>
            </w:r>
          </w:p>
          <w:p w14:paraId="326A0007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</w:p>
          <w:p w14:paraId="278FD3F4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</w:p>
          <w:p w14:paraId="53C2EF16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</w:p>
        </w:tc>
        <w:tc>
          <w:tcPr>
            <w:tcW w:w="3834" w:type="dxa"/>
          </w:tcPr>
          <w:p w14:paraId="785B08B7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  <w:r w:rsidRPr="008412EB">
              <w:rPr>
                <w:lang w:val="da-DK"/>
              </w:rPr>
              <w:t xml:space="preserve">idéerne sorteres og vælges i et skema, hvor de stilles op i forhold til de formulerede krav. Disse skemaer kaldes kravmatrix eller pv-skemaer. Skemaerne i sig selv er ikke nok, det er </w:t>
            </w:r>
            <w:proofErr w:type="gramStart"/>
            <w:r w:rsidRPr="008412EB">
              <w:rPr>
                <w:lang w:val="da-DK"/>
              </w:rPr>
              <w:t>vigtigt,</w:t>
            </w:r>
            <w:proofErr w:type="gramEnd"/>
            <w:r w:rsidRPr="008412EB">
              <w:rPr>
                <w:lang w:val="da-DK"/>
              </w:rPr>
              <w:t xml:space="preserve"> at begrunde point.</w:t>
            </w:r>
          </w:p>
        </w:tc>
      </w:tr>
      <w:tr w:rsidR="008412EB" w14:paraId="53FC3487" w14:textId="77777777" w:rsidTr="00F36DBB">
        <w:tc>
          <w:tcPr>
            <w:tcW w:w="2698" w:type="dxa"/>
            <w:vMerge/>
          </w:tcPr>
          <w:p w14:paraId="2131DE16" w14:textId="77777777" w:rsidR="008412EB" w:rsidRPr="008412EB" w:rsidRDefault="008412EB" w:rsidP="00F36DBB">
            <w:pPr>
              <w:rPr>
                <w:rFonts w:eastAsia="Times New Roman"/>
                <w:b/>
                <w:lang w:val="da-DK" w:eastAsia="da-DK"/>
              </w:rPr>
            </w:pPr>
          </w:p>
        </w:tc>
        <w:tc>
          <w:tcPr>
            <w:tcW w:w="3090" w:type="dxa"/>
          </w:tcPr>
          <w:p w14:paraId="1121AA7E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>
              <w:rPr>
                <w:rFonts w:eastAsia="Times New Roman"/>
                <w:lang w:eastAsia="da-DK"/>
              </w:rPr>
              <w:t>Udvælgelse</w:t>
            </w:r>
            <w:proofErr w:type="spellEnd"/>
            <w:r>
              <w:rPr>
                <w:rFonts w:eastAsia="Times New Roman"/>
                <w:lang w:eastAsia="da-DK"/>
              </w:rPr>
              <w:t xml:space="preserve"> </w:t>
            </w:r>
            <w:proofErr w:type="spellStart"/>
            <w:r>
              <w:rPr>
                <w:rFonts w:eastAsia="Times New Roman"/>
                <w:lang w:eastAsia="da-DK"/>
              </w:rPr>
              <w:t>af</w:t>
            </w:r>
            <w:proofErr w:type="spellEnd"/>
            <w:r>
              <w:rPr>
                <w:rFonts w:eastAsia="Times New Roman"/>
                <w:lang w:eastAsia="da-DK"/>
              </w:rPr>
              <w:t xml:space="preserve"> </w:t>
            </w:r>
            <w:proofErr w:type="spellStart"/>
            <w:r>
              <w:rPr>
                <w:rFonts w:eastAsia="Times New Roman"/>
                <w:lang w:eastAsia="da-DK"/>
              </w:rPr>
              <w:t>løsning</w:t>
            </w:r>
            <w:proofErr w:type="spellEnd"/>
            <w:r>
              <w:rPr>
                <w:rFonts w:eastAsia="Times New Roman"/>
                <w:lang w:eastAsia="da-DK"/>
              </w:rPr>
              <w:t>:</w:t>
            </w:r>
          </w:p>
        </w:tc>
        <w:tc>
          <w:tcPr>
            <w:tcW w:w="3834" w:type="dxa"/>
          </w:tcPr>
          <w:p w14:paraId="5396559A" w14:textId="77777777" w:rsidR="008412EB" w:rsidRDefault="008412EB" w:rsidP="00F36DBB">
            <w:pPr>
              <w:rPr>
                <w:rFonts w:eastAsia="Times New Roman"/>
              </w:rPr>
            </w:pPr>
            <w:r w:rsidRPr="008412EB">
              <w:rPr>
                <w:lang w:val="da-DK"/>
              </w:rPr>
              <w:t xml:space="preserve">Valget af den endelige løsning begrundes med udgangspunkt i de opstillede krav. </w:t>
            </w:r>
            <w:r>
              <w:t xml:space="preserve">Der </w:t>
            </w:r>
            <w:proofErr w:type="spellStart"/>
            <w:r>
              <w:t>argumenteres</w:t>
            </w:r>
            <w:proofErr w:type="spellEnd"/>
            <w:r>
              <w:t xml:space="preserve"> for </w:t>
            </w:r>
            <w:proofErr w:type="spellStart"/>
            <w:r>
              <w:t>valget</w:t>
            </w:r>
            <w:proofErr w:type="spellEnd"/>
            <w:r>
              <w:t>.</w:t>
            </w:r>
          </w:p>
          <w:p w14:paraId="495EC6C4" w14:textId="77777777" w:rsidR="008412EB" w:rsidRDefault="008412EB" w:rsidP="00F36DBB"/>
        </w:tc>
      </w:tr>
      <w:tr w:rsidR="008412EB" w:rsidRPr="00E13BE5" w14:paraId="3CDD0A19" w14:textId="77777777" w:rsidTr="00F36DBB">
        <w:tc>
          <w:tcPr>
            <w:tcW w:w="2698" w:type="dxa"/>
            <w:vMerge/>
          </w:tcPr>
          <w:p w14:paraId="0D780B65" w14:textId="77777777" w:rsidR="008412EB" w:rsidRPr="00483020" w:rsidRDefault="008412EB" w:rsidP="00F36DBB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14:paraId="5159C7D4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>
              <w:rPr>
                <w:rFonts w:eastAsia="Times New Roman"/>
                <w:lang w:eastAsia="da-DK"/>
              </w:rPr>
              <w:t>Målgruppe</w:t>
            </w:r>
            <w:proofErr w:type="spellEnd"/>
          </w:p>
        </w:tc>
        <w:tc>
          <w:tcPr>
            <w:tcW w:w="3834" w:type="dxa"/>
          </w:tcPr>
          <w:p w14:paraId="7C53FB4F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  <w:r w:rsidRPr="008412EB">
              <w:rPr>
                <w:rFonts w:eastAsia="Times New Roman"/>
                <w:lang w:val="da-DK" w:eastAsia="da-DK"/>
              </w:rPr>
              <w:t xml:space="preserve">Undersøg hvem målgruppen for jeres løsning skal være. Brug </w:t>
            </w:r>
            <w:proofErr w:type="spellStart"/>
            <w:r w:rsidRPr="008412EB">
              <w:rPr>
                <w:rFonts w:eastAsia="Times New Roman"/>
                <w:lang w:val="da-DK" w:eastAsia="da-DK"/>
              </w:rPr>
              <w:t>evt</w:t>
            </w:r>
            <w:proofErr w:type="spellEnd"/>
            <w:r w:rsidRPr="008412EB">
              <w:rPr>
                <w:rFonts w:eastAsia="Times New Roman"/>
                <w:lang w:val="da-DK" w:eastAsia="da-DK"/>
              </w:rPr>
              <w:t xml:space="preserve"> en målgruppemodel eller lav en persona. </w:t>
            </w:r>
          </w:p>
        </w:tc>
      </w:tr>
      <w:tr w:rsidR="008412EB" w14:paraId="0D5189FE" w14:textId="77777777" w:rsidTr="00F36DBB">
        <w:tc>
          <w:tcPr>
            <w:tcW w:w="2698" w:type="dxa"/>
            <w:vMerge/>
          </w:tcPr>
          <w:p w14:paraId="06D9396D" w14:textId="77777777" w:rsidR="008412EB" w:rsidRPr="008412EB" w:rsidRDefault="008412EB" w:rsidP="00F36DBB">
            <w:pPr>
              <w:rPr>
                <w:rFonts w:eastAsia="Times New Roman"/>
                <w:b/>
                <w:lang w:val="da-DK" w:eastAsia="da-DK"/>
              </w:rPr>
            </w:pPr>
          </w:p>
        </w:tc>
        <w:tc>
          <w:tcPr>
            <w:tcW w:w="3090" w:type="dxa"/>
          </w:tcPr>
          <w:p w14:paraId="567CC3FE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>
              <w:rPr>
                <w:rFonts w:eastAsia="Times New Roman"/>
                <w:lang w:eastAsia="da-DK"/>
              </w:rPr>
              <w:t>Konkurrentanalyse</w:t>
            </w:r>
            <w:proofErr w:type="spellEnd"/>
          </w:p>
        </w:tc>
        <w:tc>
          <w:tcPr>
            <w:tcW w:w="3834" w:type="dxa"/>
          </w:tcPr>
          <w:p w14:paraId="0B77C65C" w14:textId="77777777" w:rsidR="008412EB" w:rsidRDefault="008412EB" w:rsidP="00F36DBB">
            <w:pPr>
              <w:rPr>
                <w:rFonts w:eastAsia="Times New Roman"/>
              </w:rPr>
            </w:pPr>
            <w:r w:rsidRPr="008412EB">
              <w:rPr>
                <w:lang w:val="da-DK"/>
              </w:rPr>
              <w:t xml:space="preserve">relevante oplysninger om konkurrerende produkter (pris, materialer, egenskaber). </w:t>
            </w:r>
            <w:r>
              <w:t xml:space="preserve">Der </w:t>
            </w:r>
            <w:proofErr w:type="spellStart"/>
            <w:r>
              <w:t>redegøres</w:t>
            </w:r>
            <w:proofErr w:type="spellEnd"/>
            <w:r>
              <w:t xml:space="preserve"> for </w:t>
            </w:r>
            <w:proofErr w:type="spellStart"/>
            <w:r>
              <w:t>fordele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ulemper</w:t>
            </w:r>
            <w:proofErr w:type="spellEnd"/>
            <w:r>
              <w:t>.</w:t>
            </w:r>
          </w:p>
          <w:p w14:paraId="0D017E28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</w:p>
        </w:tc>
      </w:tr>
      <w:tr w:rsidR="008412EB" w:rsidRPr="00E13BE5" w14:paraId="79244066" w14:textId="77777777" w:rsidTr="00F36DBB">
        <w:tc>
          <w:tcPr>
            <w:tcW w:w="2698" w:type="dxa"/>
            <w:vMerge/>
          </w:tcPr>
          <w:p w14:paraId="0C27975D" w14:textId="77777777" w:rsidR="008412EB" w:rsidRPr="00483020" w:rsidRDefault="008412EB" w:rsidP="00F36DBB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14:paraId="65E68634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>
              <w:rPr>
                <w:rFonts w:eastAsia="Times New Roman"/>
                <w:lang w:eastAsia="da-DK"/>
              </w:rPr>
              <w:t>Myndighedskrav</w:t>
            </w:r>
            <w:proofErr w:type="spellEnd"/>
          </w:p>
        </w:tc>
        <w:tc>
          <w:tcPr>
            <w:tcW w:w="3834" w:type="dxa"/>
          </w:tcPr>
          <w:p w14:paraId="57B7544D" w14:textId="77777777" w:rsidR="008412EB" w:rsidRPr="008412EB" w:rsidRDefault="008412EB" w:rsidP="00F36DBB">
            <w:pPr>
              <w:rPr>
                <w:lang w:val="da-DK"/>
              </w:rPr>
            </w:pPr>
            <w:r w:rsidRPr="008412EB">
              <w:rPr>
                <w:lang w:val="da-DK"/>
              </w:rPr>
              <w:t>relevante myndighedskrav, fx levnedsmiddelgodkendte materialer, færdselslovens krav, krav til legetøj.</w:t>
            </w:r>
          </w:p>
          <w:p w14:paraId="2F29FEE4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</w:p>
        </w:tc>
      </w:tr>
      <w:tr w:rsidR="008412EB" w:rsidRPr="00E13BE5" w14:paraId="36161983" w14:textId="77777777" w:rsidTr="00F36DBB">
        <w:tc>
          <w:tcPr>
            <w:tcW w:w="2698" w:type="dxa"/>
            <w:vMerge/>
          </w:tcPr>
          <w:p w14:paraId="7EC78582" w14:textId="77777777" w:rsidR="008412EB" w:rsidRPr="008412EB" w:rsidRDefault="008412EB" w:rsidP="00F36DBB">
            <w:pPr>
              <w:rPr>
                <w:rFonts w:eastAsia="Times New Roman"/>
                <w:b/>
                <w:lang w:val="da-DK" w:eastAsia="da-DK"/>
              </w:rPr>
            </w:pPr>
          </w:p>
        </w:tc>
        <w:tc>
          <w:tcPr>
            <w:tcW w:w="3090" w:type="dxa"/>
          </w:tcPr>
          <w:p w14:paraId="4759C131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>
              <w:rPr>
                <w:rFonts w:eastAsia="Times New Roman"/>
                <w:lang w:eastAsia="da-DK"/>
              </w:rPr>
              <w:t>Produktkrav</w:t>
            </w:r>
            <w:proofErr w:type="spellEnd"/>
          </w:p>
        </w:tc>
        <w:tc>
          <w:tcPr>
            <w:tcW w:w="3834" w:type="dxa"/>
          </w:tcPr>
          <w:p w14:paraId="59553D1B" w14:textId="77777777" w:rsidR="008412EB" w:rsidRPr="008412EB" w:rsidRDefault="008412EB" w:rsidP="00F36DBB">
            <w:pPr>
              <w:rPr>
                <w:lang w:val="da-DK"/>
              </w:rPr>
            </w:pPr>
            <w:r w:rsidRPr="008412EB">
              <w:rPr>
                <w:lang w:val="da-DK"/>
              </w:rPr>
              <w:t xml:space="preserve">Stil krav til produktet. Kravene skal kunne testes og er dem i konkluderer på til sidst. </w:t>
            </w:r>
          </w:p>
        </w:tc>
      </w:tr>
      <w:tr w:rsidR="008412EB" w:rsidRPr="00E13BE5" w14:paraId="3F49521E" w14:textId="77777777" w:rsidTr="00F36DBB">
        <w:tc>
          <w:tcPr>
            <w:tcW w:w="2698" w:type="dxa"/>
            <w:vMerge w:val="restart"/>
          </w:tcPr>
          <w:p w14:paraId="08DD953A" w14:textId="77777777" w:rsidR="008412EB" w:rsidRPr="00170116" w:rsidRDefault="008412EB" w:rsidP="00F36DBB">
            <w:pPr>
              <w:rPr>
                <w:rFonts w:eastAsia="Times New Roman"/>
                <w:b/>
                <w:lang w:eastAsia="da-DK"/>
              </w:rPr>
            </w:pPr>
            <w:proofErr w:type="spellStart"/>
            <w:r w:rsidRPr="00170116">
              <w:rPr>
                <w:rFonts w:eastAsia="Times New Roman"/>
                <w:b/>
                <w:lang w:eastAsia="da-DK"/>
              </w:rPr>
              <w:t>Produktudformning</w:t>
            </w:r>
            <w:proofErr w:type="spellEnd"/>
          </w:p>
        </w:tc>
        <w:tc>
          <w:tcPr>
            <w:tcW w:w="3090" w:type="dxa"/>
          </w:tcPr>
          <w:p w14:paraId="37B2955B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>
              <w:rPr>
                <w:rFonts w:eastAsia="Times New Roman"/>
                <w:lang w:eastAsia="da-DK"/>
              </w:rPr>
              <w:t>Idegenerering</w:t>
            </w:r>
            <w:proofErr w:type="spellEnd"/>
          </w:p>
          <w:p w14:paraId="5918A23E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</w:p>
        </w:tc>
        <w:tc>
          <w:tcPr>
            <w:tcW w:w="3834" w:type="dxa"/>
          </w:tcPr>
          <w:p w14:paraId="21150ABA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  <w:r w:rsidRPr="008412EB">
              <w:rPr>
                <w:rFonts w:eastAsia="Times New Roman"/>
                <w:lang w:val="da-DK" w:eastAsia="da-DK"/>
              </w:rPr>
              <w:t>forskellige ideer til hvordan jeres produkt kan udføres</w:t>
            </w:r>
          </w:p>
        </w:tc>
      </w:tr>
      <w:tr w:rsidR="008412EB" w14:paraId="79A3EEEE" w14:textId="77777777" w:rsidTr="00F36DBB">
        <w:tc>
          <w:tcPr>
            <w:tcW w:w="2698" w:type="dxa"/>
            <w:vMerge/>
          </w:tcPr>
          <w:p w14:paraId="7AE02CD9" w14:textId="77777777" w:rsidR="008412EB" w:rsidRPr="008412EB" w:rsidRDefault="008412EB" w:rsidP="00F36DBB">
            <w:pPr>
              <w:rPr>
                <w:rFonts w:eastAsia="Times New Roman"/>
                <w:b/>
                <w:lang w:val="da-DK" w:eastAsia="da-DK"/>
              </w:rPr>
            </w:pPr>
          </w:p>
        </w:tc>
        <w:tc>
          <w:tcPr>
            <w:tcW w:w="3090" w:type="dxa"/>
          </w:tcPr>
          <w:p w14:paraId="05258CE0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>
              <w:rPr>
                <w:rFonts w:eastAsia="Times New Roman"/>
                <w:lang w:eastAsia="da-DK"/>
              </w:rPr>
              <w:t>Teknisk</w:t>
            </w:r>
            <w:proofErr w:type="spellEnd"/>
            <w:r>
              <w:rPr>
                <w:rFonts w:eastAsia="Times New Roman"/>
                <w:lang w:eastAsia="da-DK"/>
              </w:rPr>
              <w:t xml:space="preserve"> </w:t>
            </w:r>
            <w:proofErr w:type="spellStart"/>
            <w:r>
              <w:rPr>
                <w:rFonts w:eastAsia="Times New Roman"/>
                <w:lang w:eastAsia="da-DK"/>
              </w:rPr>
              <w:t>dokumentation</w:t>
            </w:r>
            <w:proofErr w:type="spellEnd"/>
          </w:p>
          <w:p w14:paraId="0C9A3396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</w:p>
          <w:p w14:paraId="12B9BC8A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 </w:t>
            </w:r>
          </w:p>
          <w:p w14:paraId="7A82B2B3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</w:p>
        </w:tc>
        <w:tc>
          <w:tcPr>
            <w:tcW w:w="3834" w:type="dxa"/>
          </w:tcPr>
          <w:p w14:paraId="030E828E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  <w:r w:rsidRPr="008412EB">
              <w:rPr>
                <w:rFonts w:eastAsia="Times New Roman"/>
                <w:b/>
                <w:lang w:val="da-DK" w:eastAsia="da-DK"/>
              </w:rPr>
              <w:t>Tekstil:</w:t>
            </w:r>
            <w:r w:rsidRPr="008412EB">
              <w:rPr>
                <w:rFonts w:eastAsia="Times New Roman"/>
                <w:lang w:val="da-DK" w:eastAsia="da-DK"/>
              </w:rPr>
              <w:t xml:space="preserve"> arbejdstegninger og mønsterkonstruktion</w:t>
            </w:r>
          </w:p>
          <w:p w14:paraId="5EB32912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  <w:r w:rsidRPr="008412EB">
              <w:rPr>
                <w:rFonts w:eastAsia="Times New Roman"/>
                <w:b/>
                <w:lang w:val="da-DK" w:eastAsia="da-DK"/>
              </w:rPr>
              <w:t>DDU</w:t>
            </w:r>
            <w:r w:rsidRPr="008412EB">
              <w:rPr>
                <w:rFonts w:eastAsia="Times New Roman"/>
                <w:lang w:val="da-DK" w:eastAsia="da-DK"/>
              </w:rPr>
              <w:t>: arbejdstegninger, flow-</w:t>
            </w:r>
            <w:proofErr w:type="spellStart"/>
            <w:r w:rsidRPr="008412EB">
              <w:rPr>
                <w:rFonts w:eastAsia="Times New Roman"/>
                <w:lang w:val="da-DK" w:eastAsia="da-DK"/>
              </w:rPr>
              <w:t>sheets</w:t>
            </w:r>
            <w:proofErr w:type="spellEnd"/>
            <w:r w:rsidRPr="008412EB">
              <w:rPr>
                <w:rFonts w:eastAsia="Times New Roman"/>
                <w:lang w:val="da-DK" w:eastAsia="da-DK"/>
              </w:rPr>
              <w:t>/diagram, skitser, wireframing</w:t>
            </w:r>
          </w:p>
          <w:p w14:paraId="1A3B8D2E" w14:textId="77777777" w:rsidR="008412EB" w:rsidRPr="00170116" w:rsidRDefault="008412EB" w:rsidP="00F36DBB">
            <w:pPr>
              <w:rPr>
                <w:rFonts w:eastAsia="Times New Roman"/>
                <w:lang w:eastAsia="da-DK"/>
              </w:rPr>
            </w:pPr>
            <w:r w:rsidRPr="006819FA">
              <w:rPr>
                <w:rFonts w:eastAsia="Times New Roman"/>
                <w:b/>
                <w:lang w:eastAsia="da-DK"/>
              </w:rPr>
              <w:t>Process</w:t>
            </w:r>
            <w:r>
              <w:rPr>
                <w:rFonts w:eastAsia="Times New Roman"/>
                <w:lang w:eastAsia="da-DK"/>
              </w:rPr>
              <w:t xml:space="preserve">: </w:t>
            </w:r>
            <w:proofErr w:type="spellStart"/>
            <w:r>
              <w:rPr>
                <w:rFonts w:eastAsia="Times New Roman"/>
                <w:lang w:eastAsia="da-DK"/>
              </w:rPr>
              <w:t>procesdiagrammer</w:t>
            </w:r>
            <w:proofErr w:type="spellEnd"/>
            <w:r>
              <w:rPr>
                <w:rFonts w:eastAsia="Times New Roman"/>
                <w:lang w:eastAsia="da-DK"/>
              </w:rPr>
              <w:t xml:space="preserve">, </w:t>
            </w:r>
            <w:proofErr w:type="spellStart"/>
            <w:r>
              <w:rPr>
                <w:rFonts w:eastAsia="Times New Roman"/>
                <w:lang w:eastAsia="da-DK"/>
              </w:rPr>
              <w:t>opskrifter</w:t>
            </w:r>
            <w:proofErr w:type="spellEnd"/>
          </w:p>
        </w:tc>
      </w:tr>
      <w:tr w:rsidR="008412EB" w14:paraId="4BF0CE44" w14:textId="77777777" w:rsidTr="00F36DBB">
        <w:tc>
          <w:tcPr>
            <w:tcW w:w="2698" w:type="dxa"/>
            <w:vMerge/>
          </w:tcPr>
          <w:p w14:paraId="21121CC5" w14:textId="77777777" w:rsidR="008412EB" w:rsidRPr="00170116" w:rsidRDefault="008412EB" w:rsidP="00F36DBB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14:paraId="4EE6723B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>
              <w:rPr>
                <w:rFonts w:eastAsia="Times New Roman"/>
                <w:lang w:eastAsia="da-DK"/>
              </w:rPr>
              <w:t>Materialevalg</w:t>
            </w:r>
            <w:proofErr w:type="spellEnd"/>
          </w:p>
        </w:tc>
        <w:tc>
          <w:tcPr>
            <w:tcW w:w="3834" w:type="dxa"/>
          </w:tcPr>
          <w:p w14:paraId="79B911E7" w14:textId="77777777" w:rsidR="008412EB" w:rsidRPr="00170116" w:rsidRDefault="008412EB" w:rsidP="00F36DBB">
            <w:pPr>
              <w:rPr>
                <w:rFonts w:eastAsia="Times New Roman"/>
                <w:lang w:eastAsia="da-DK"/>
              </w:rPr>
            </w:pPr>
            <w:r w:rsidRPr="008412EB">
              <w:rPr>
                <w:rFonts w:eastAsia="Times New Roman"/>
                <w:lang w:val="da-DK" w:eastAsia="da-DK"/>
              </w:rPr>
              <w:t xml:space="preserve">beskrivelse af valgte materialer, og deres egenskaber. </w:t>
            </w:r>
            <w:r>
              <w:rPr>
                <w:rFonts w:eastAsia="Times New Roman"/>
                <w:lang w:eastAsia="da-DK"/>
              </w:rPr>
              <w:t xml:space="preserve">Husk </w:t>
            </w:r>
            <w:proofErr w:type="spellStart"/>
            <w:r>
              <w:rPr>
                <w:rFonts w:eastAsia="Times New Roman"/>
                <w:lang w:eastAsia="da-DK"/>
              </w:rPr>
              <w:t>kilder</w:t>
            </w:r>
            <w:proofErr w:type="spellEnd"/>
          </w:p>
        </w:tc>
      </w:tr>
      <w:tr w:rsidR="008412EB" w14:paraId="6FD4C750" w14:textId="77777777" w:rsidTr="00F36DBB">
        <w:tc>
          <w:tcPr>
            <w:tcW w:w="2698" w:type="dxa"/>
          </w:tcPr>
          <w:p w14:paraId="7025F093" w14:textId="77777777" w:rsidR="008412EB" w:rsidRPr="00483020" w:rsidRDefault="008412EB" w:rsidP="00F36DBB">
            <w:pPr>
              <w:rPr>
                <w:rFonts w:eastAsia="Times New Roman"/>
                <w:b/>
                <w:lang w:eastAsia="da-DK"/>
              </w:rPr>
            </w:pPr>
            <w:proofErr w:type="spellStart"/>
            <w:r w:rsidRPr="00170116">
              <w:rPr>
                <w:rFonts w:eastAsia="Times New Roman"/>
                <w:b/>
                <w:lang w:eastAsia="da-DK"/>
              </w:rPr>
              <w:t>Produktionsforberedelse</w:t>
            </w:r>
            <w:proofErr w:type="spellEnd"/>
          </w:p>
        </w:tc>
        <w:tc>
          <w:tcPr>
            <w:tcW w:w="3090" w:type="dxa"/>
          </w:tcPr>
          <w:p w14:paraId="7A8B2A7D" w14:textId="77777777" w:rsidR="008412EB" w:rsidRDefault="008412EB" w:rsidP="00F36DB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lang w:eastAsia="da-DK"/>
              </w:rPr>
              <w:t>Teknologianalyse</w:t>
            </w:r>
            <w:proofErr w:type="spellEnd"/>
          </w:p>
          <w:p w14:paraId="47E9FD9D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</w:p>
        </w:tc>
        <w:tc>
          <w:tcPr>
            <w:tcW w:w="3834" w:type="dxa"/>
          </w:tcPr>
          <w:p w14:paraId="76B341C7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  <w:r w:rsidRPr="008412EB">
              <w:rPr>
                <w:rFonts w:eastAsia="Times New Roman"/>
                <w:lang w:val="da-DK" w:eastAsia="da-DK"/>
              </w:rPr>
              <w:t xml:space="preserve">hvor I redegør for fremstillingsteknologien og processen med brikker teknik, viden, organisation og produkt. </w:t>
            </w:r>
          </w:p>
          <w:p w14:paraId="55EF7603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</w:p>
          <w:p w14:paraId="5E8F41B5" w14:textId="77777777" w:rsidR="008412EB" w:rsidRPr="008412EB" w:rsidRDefault="008412EB" w:rsidP="00F36DBB">
            <w:pPr>
              <w:rPr>
                <w:lang w:val="da-DK"/>
              </w:rPr>
            </w:pPr>
            <w:r w:rsidRPr="008412EB">
              <w:rPr>
                <w:lang w:val="da-DK"/>
              </w:rPr>
              <w:t xml:space="preserve">”Teknik” er summen af alle de artefakter, der er forudsætning for produktet og produktets fremstilling, dvs. materialer, energi, arbejdskraft, lokaler, maskiner, arbejdspladser etc. </w:t>
            </w:r>
          </w:p>
          <w:p w14:paraId="38D896D2" w14:textId="77777777" w:rsidR="008412EB" w:rsidRPr="008412EB" w:rsidRDefault="008412EB" w:rsidP="00F36DBB">
            <w:pPr>
              <w:rPr>
                <w:lang w:val="da-DK"/>
              </w:rPr>
            </w:pPr>
          </w:p>
          <w:p w14:paraId="681EB680" w14:textId="77777777" w:rsidR="008412EB" w:rsidRPr="008412EB" w:rsidRDefault="008412EB" w:rsidP="00F36DBB">
            <w:pPr>
              <w:rPr>
                <w:lang w:val="da-DK"/>
              </w:rPr>
            </w:pPr>
            <w:r w:rsidRPr="008412EB">
              <w:rPr>
                <w:lang w:val="da-DK"/>
              </w:rPr>
              <w:t xml:space="preserve">”Viden” rummer den viden, der ligger bag produktets tilblivelse. ”Organisation” er den proces, der er nødvendig for at komme fra indkøbte materialer/delkomponenter etc. frem mod det færdige produkt. </w:t>
            </w:r>
          </w:p>
          <w:p w14:paraId="7D4C3FE3" w14:textId="77777777" w:rsidR="008412EB" w:rsidRPr="008412EB" w:rsidRDefault="008412EB" w:rsidP="00F36DBB">
            <w:pPr>
              <w:rPr>
                <w:lang w:val="da-DK"/>
              </w:rPr>
            </w:pPr>
          </w:p>
          <w:p w14:paraId="713BDD2D" w14:textId="77777777" w:rsidR="008412EB" w:rsidRPr="008412EB" w:rsidRDefault="008412EB" w:rsidP="00F36DBB">
            <w:pPr>
              <w:rPr>
                <w:lang w:val="da-DK"/>
              </w:rPr>
            </w:pPr>
            <w:r w:rsidRPr="008412EB">
              <w:rPr>
                <w:lang w:val="da-DK"/>
              </w:rPr>
              <w:t xml:space="preserve">”Organisation” kan med fordel rumme et flowdiagram. </w:t>
            </w:r>
          </w:p>
          <w:p w14:paraId="20A0EEFA" w14:textId="77777777" w:rsidR="008412EB" w:rsidRPr="008412EB" w:rsidRDefault="008412EB" w:rsidP="00F36DBB">
            <w:pPr>
              <w:rPr>
                <w:lang w:val="da-DK"/>
              </w:rPr>
            </w:pPr>
          </w:p>
          <w:p w14:paraId="58FCA863" w14:textId="77777777" w:rsidR="008412EB" w:rsidRPr="00170116" w:rsidRDefault="008412EB" w:rsidP="00F36DBB">
            <w:pPr>
              <w:rPr>
                <w:rFonts w:eastAsia="Times New Roman"/>
                <w:lang w:eastAsia="da-DK"/>
              </w:rPr>
            </w:pPr>
            <w:r w:rsidRPr="008412EB">
              <w:rPr>
                <w:lang w:val="da-DK"/>
              </w:rPr>
              <w:t xml:space="preserve">”Produkt” er det udviklede specifikke produkt med de specifikke egenskaber, det har, herunder dets målgruppe. </w:t>
            </w:r>
            <w:proofErr w:type="spellStart"/>
            <w:r>
              <w:t>Egenskaberne</w:t>
            </w:r>
            <w:proofErr w:type="spellEnd"/>
            <w:r>
              <w:t xml:space="preserve"> </w:t>
            </w:r>
            <w:proofErr w:type="spellStart"/>
            <w:r>
              <w:t>kan</w:t>
            </w:r>
            <w:proofErr w:type="spellEnd"/>
            <w:r>
              <w:t xml:space="preserve"> </w:t>
            </w:r>
            <w:proofErr w:type="spellStart"/>
            <w:r>
              <w:t>være</w:t>
            </w:r>
            <w:proofErr w:type="spellEnd"/>
            <w:r>
              <w:t xml:space="preserve"> </w:t>
            </w:r>
            <w:proofErr w:type="spellStart"/>
            <w:r>
              <w:t>kvalitetsmæssige</w:t>
            </w:r>
            <w:proofErr w:type="spellEnd"/>
            <w:r>
              <w:t xml:space="preserve">, </w:t>
            </w:r>
            <w:proofErr w:type="spellStart"/>
            <w:r>
              <w:t>funktionelle</w:t>
            </w:r>
            <w:proofErr w:type="spellEnd"/>
            <w:r>
              <w:t xml:space="preserve">, </w:t>
            </w:r>
            <w:proofErr w:type="spellStart"/>
            <w:r>
              <w:t>miljømæssige</w:t>
            </w:r>
            <w:proofErr w:type="spellEnd"/>
            <w:r>
              <w:t xml:space="preserve"> </w:t>
            </w:r>
            <w:proofErr w:type="spellStart"/>
            <w:r>
              <w:t>eller</w:t>
            </w:r>
            <w:proofErr w:type="spellEnd"/>
            <w:r>
              <w:t xml:space="preserve"> </w:t>
            </w:r>
            <w:proofErr w:type="spellStart"/>
            <w:r>
              <w:t>andre</w:t>
            </w:r>
            <w:proofErr w:type="spellEnd"/>
            <w:r>
              <w:t xml:space="preserve"> </w:t>
            </w:r>
            <w:proofErr w:type="spellStart"/>
            <w:r>
              <w:t>egenskaber</w:t>
            </w:r>
            <w:proofErr w:type="spellEnd"/>
            <w:r>
              <w:t>.</w:t>
            </w:r>
          </w:p>
        </w:tc>
      </w:tr>
      <w:tr w:rsidR="008412EB" w14:paraId="5B60DC7D" w14:textId="77777777" w:rsidTr="00F36DBB">
        <w:tc>
          <w:tcPr>
            <w:tcW w:w="2698" w:type="dxa"/>
          </w:tcPr>
          <w:p w14:paraId="50EF30BD" w14:textId="77777777" w:rsidR="008412EB" w:rsidRPr="00483020" w:rsidRDefault="008412EB" w:rsidP="00F36DBB">
            <w:pPr>
              <w:rPr>
                <w:rFonts w:eastAsia="Times New Roman"/>
                <w:b/>
                <w:lang w:eastAsia="da-DK"/>
              </w:rPr>
            </w:pPr>
            <w:proofErr w:type="spellStart"/>
            <w:r w:rsidRPr="00170116">
              <w:rPr>
                <w:rFonts w:eastAsia="Times New Roman"/>
                <w:b/>
                <w:lang w:eastAsia="da-DK"/>
              </w:rPr>
              <w:lastRenderedPageBreak/>
              <w:t>Realisering</w:t>
            </w:r>
            <w:proofErr w:type="spellEnd"/>
          </w:p>
        </w:tc>
        <w:tc>
          <w:tcPr>
            <w:tcW w:w="3090" w:type="dxa"/>
          </w:tcPr>
          <w:p w14:paraId="032D9310" w14:textId="77777777" w:rsidR="008412EB" w:rsidRPr="00411613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 w:rsidRPr="00411613">
              <w:rPr>
                <w:rFonts w:eastAsia="Times New Roman"/>
                <w:lang w:eastAsia="da-DK"/>
              </w:rPr>
              <w:t>Dokumentation</w:t>
            </w:r>
            <w:proofErr w:type="spellEnd"/>
            <w:r w:rsidRPr="00411613">
              <w:rPr>
                <w:rFonts w:eastAsia="Times New Roman"/>
                <w:lang w:eastAsia="da-DK"/>
              </w:rPr>
              <w:t xml:space="preserve"> </w:t>
            </w:r>
            <w:proofErr w:type="spellStart"/>
            <w:r w:rsidRPr="00411613">
              <w:rPr>
                <w:rFonts w:eastAsia="Times New Roman"/>
                <w:lang w:eastAsia="da-DK"/>
              </w:rPr>
              <w:t>af</w:t>
            </w:r>
            <w:proofErr w:type="spellEnd"/>
            <w:r w:rsidRPr="00411613">
              <w:rPr>
                <w:rFonts w:eastAsia="Times New Roman"/>
                <w:lang w:eastAsia="da-DK"/>
              </w:rPr>
              <w:t xml:space="preserve"> </w:t>
            </w:r>
            <w:proofErr w:type="spellStart"/>
            <w:r w:rsidRPr="00411613">
              <w:rPr>
                <w:rFonts w:eastAsia="Times New Roman"/>
                <w:lang w:eastAsia="da-DK"/>
              </w:rPr>
              <w:t>værkstedarbejde</w:t>
            </w:r>
            <w:proofErr w:type="spellEnd"/>
          </w:p>
          <w:p w14:paraId="066F7C79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</w:p>
          <w:p w14:paraId="7E06CF26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</w:p>
        </w:tc>
        <w:tc>
          <w:tcPr>
            <w:tcW w:w="3834" w:type="dxa"/>
          </w:tcPr>
          <w:p w14:paraId="6645E78B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  <w:r w:rsidRPr="008412EB">
              <w:rPr>
                <w:rFonts w:eastAsia="Times New Roman"/>
                <w:lang w:val="da-DK" w:eastAsia="da-DK"/>
              </w:rPr>
              <w:t xml:space="preserve">hvor I – i et af skolens værksteder eller laboratorier – fremstiller løsningen på det valgte og bearbejdede problem. </w:t>
            </w:r>
          </w:p>
          <w:p w14:paraId="22D0AF11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</w:p>
          <w:p w14:paraId="3AD8E469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  <w:r w:rsidRPr="008412EB">
              <w:rPr>
                <w:rFonts w:eastAsia="Times New Roman"/>
                <w:b/>
                <w:lang w:val="da-DK" w:eastAsia="da-DK"/>
              </w:rPr>
              <w:t>Tekstil:</w:t>
            </w:r>
            <w:r w:rsidRPr="008412EB">
              <w:rPr>
                <w:rFonts w:eastAsia="Times New Roman"/>
                <w:lang w:val="da-DK" w:eastAsia="da-DK"/>
              </w:rPr>
              <w:t xml:space="preserve"> </w:t>
            </w:r>
            <w:proofErr w:type="spellStart"/>
            <w:r w:rsidRPr="008412EB">
              <w:rPr>
                <w:rFonts w:eastAsia="Times New Roman"/>
                <w:lang w:val="da-DK" w:eastAsia="da-DK"/>
              </w:rPr>
              <w:t>syvejledning</w:t>
            </w:r>
            <w:proofErr w:type="spellEnd"/>
            <w:r w:rsidRPr="008412EB">
              <w:rPr>
                <w:rFonts w:eastAsia="Times New Roman"/>
                <w:lang w:val="da-DK" w:eastAsia="da-DK"/>
              </w:rPr>
              <w:t xml:space="preserve">, samt billeder af processen og det færdige produkt. </w:t>
            </w:r>
          </w:p>
          <w:p w14:paraId="2DBF63B1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</w:p>
          <w:p w14:paraId="22604516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  <w:r w:rsidRPr="008412EB">
              <w:rPr>
                <w:rFonts w:eastAsia="Times New Roman"/>
                <w:b/>
                <w:lang w:val="da-DK" w:eastAsia="da-DK"/>
              </w:rPr>
              <w:t>DDU:</w:t>
            </w:r>
            <w:r w:rsidRPr="008412EB">
              <w:rPr>
                <w:rFonts w:eastAsia="Times New Roman"/>
                <w:lang w:val="da-DK" w:eastAsia="da-DK"/>
              </w:rPr>
              <w:t xml:space="preserve"> billeder/forklaringer af kode, billeder fra 2-3 steps i udarbejdelsen af prototypen (fx starten, midtvejs og slutning). </w:t>
            </w:r>
            <w:proofErr w:type="spellStart"/>
            <w:r>
              <w:rPr>
                <w:rFonts w:eastAsia="Times New Roman"/>
                <w:lang w:eastAsia="da-DK"/>
              </w:rPr>
              <w:t>Billederne</w:t>
            </w:r>
            <w:proofErr w:type="spellEnd"/>
            <w:r>
              <w:rPr>
                <w:rFonts w:eastAsia="Times New Roman"/>
                <w:lang w:eastAsia="da-DK"/>
              </w:rPr>
              <w:t xml:space="preserve"> </w:t>
            </w:r>
            <w:proofErr w:type="spellStart"/>
            <w:r>
              <w:rPr>
                <w:rFonts w:eastAsia="Times New Roman"/>
                <w:lang w:eastAsia="da-DK"/>
              </w:rPr>
              <w:t>kan</w:t>
            </w:r>
            <w:proofErr w:type="spellEnd"/>
            <w:r>
              <w:rPr>
                <w:rFonts w:eastAsia="Times New Roman"/>
                <w:lang w:eastAsia="da-DK"/>
              </w:rPr>
              <w:t xml:space="preserve"> </w:t>
            </w:r>
            <w:proofErr w:type="spellStart"/>
            <w:r>
              <w:rPr>
                <w:rFonts w:eastAsia="Times New Roman"/>
                <w:lang w:eastAsia="da-DK"/>
              </w:rPr>
              <w:t>være</w:t>
            </w:r>
            <w:proofErr w:type="spellEnd"/>
            <w:r>
              <w:rPr>
                <w:rFonts w:eastAsia="Times New Roman"/>
                <w:lang w:eastAsia="da-DK"/>
              </w:rPr>
              <w:t xml:space="preserve"> screenshots </w:t>
            </w:r>
            <w:proofErr w:type="spellStart"/>
            <w:r>
              <w:rPr>
                <w:rFonts w:eastAsia="Times New Roman"/>
                <w:lang w:eastAsia="da-DK"/>
              </w:rPr>
              <w:t>fra</w:t>
            </w:r>
            <w:proofErr w:type="spellEnd"/>
            <w:r>
              <w:rPr>
                <w:rFonts w:eastAsia="Times New Roman"/>
                <w:lang w:eastAsia="da-DK"/>
              </w:rPr>
              <w:t xml:space="preserve"> </w:t>
            </w:r>
            <w:proofErr w:type="spellStart"/>
            <w:r>
              <w:rPr>
                <w:rFonts w:eastAsia="Times New Roman"/>
                <w:lang w:eastAsia="da-DK"/>
              </w:rPr>
              <w:t>programmerne</w:t>
            </w:r>
            <w:proofErr w:type="spellEnd"/>
            <w:r>
              <w:rPr>
                <w:rFonts w:eastAsia="Times New Roman"/>
                <w:lang w:eastAsia="da-DK"/>
              </w:rPr>
              <w:t xml:space="preserve"> der er </w:t>
            </w:r>
            <w:proofErr w:type="spellStart"/>
            <w:r>
              <w:rPr>
                <w:rFonts w:eastAsia="Times New Roman"/>
                <w:lang w:eastAsia="da-DK"/>
              </w:rPr>
              <w:t>brugt</w:t>
            </w:r>
            <w:proofErr w:type="spellEnd"/>
            <w:r>
              <w:rPr>
                <w:rFonts w:eastAsia="Times New Roman"/>
                <w:lang w:eastAsia="da-DK"/>
              </w:rPr>
              <w:t xml:space="preserve">.  </w:t>
            </w:r>
          </w:p>
          <w:p w14:paraId="624710EA" w14:textId="77777777" w:rsidR="008412EB" w:rsidRPr="00170116" w:rsidRDefault="008412EB" w:rsidP="00F36DBB">
            <w:pPr>
              <w:rPr>
                <w:rFonts w:eastAsia="Times New Roman"/>
                <w:lang w:eastAsia="da-DK"/>
              </w:rPr>
            </w:pPr>
          </w:p>
        </w:tc>
      </w:tr>
      <w:tr w:rsidR="008412EB" w:rsidRPr="00E13BE5" w14:paraId="0E379CCB" w14:textId="77777777" w:rsidTr="00F36DBB">
        <w:tc>
          <w:tcPr>
            <w:tcW w:w="2698" w:type="dxa"/>
            <w:vMerge w:val="restart"/>
          </w:tcPr>
          <w:p w14:paraId="2DF78E70" w14:textId="77777777" w:rsidR="008412EB" w:rsidRPr="00483020" w:rsidRDefault="008412EB" w:rsidP="00F36DBB">
            <w:pPr>
              <w:rPr>
                <w:rFonts w:eastAsia="Times New Roman"/>
                <w:b/>
                <w:lang w:eastAsia="da-DK"/>
              </w:rPr>
            </w:pPr>
            <w:proofErr w:type="spellStart"/>
            <w:r w:rsidRPr="00170116">
              <w:rPr>
                <w:rFonts w:eastAsia="Times New Roman"/>
                <w:b/>
                <w:lang w:eastAsia="da-DK"/>
              </w:rPr>
              <w:t>Evaluering</w:t>
            </w:r>
            <w:proofErr w:type="spellEnd"/>
          </w:p>
        </w:tc>
        <w:tc>
          <w:tcPr>
            <w:tcW w:w="3090" w:type="dxa"/>
          </w:tcPr>
          <w:p w14:paraId="0D202F2A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Test </w:t>
            </w:r>
            <w:proofErr w:type="spellStart"/>
            <w:r>
              <w:rPr>
                <w:rFonts w:eastAsia="Times New Roman"/>
                <w:lang w:eastAsia="da-DK"/>
              </w:rPr>
              <w:t>af</w:t>
            </w:r>
            <w:proofErr w:type="spellEnd"/>
            <w:r>
              <w:rPr>
                <w:rFonts w:eastAsia="Times New Roman"/>
                <w:lang w:eastAsia="da-DK"/>
              </w:rPr>
              <w:t xml:space="preserve"> </w:t>
            </w:r>
            <w:proofErr w:type="spellStart"/>
            <w:r>
              <w:rPr>
                <w:rFonts w:eastAsia="Times New Roman"/>
                <w:lang w:eastAsia="da-DK"/>
              </w:rPr>
              <w:t>produkt</w:t>
            </w:r>
            <w:proofErr w:type="spellEnd"/>
          </w:p>
        </w:tc>
        <w:tc>
          <w:tcPr>
            <w:tcW w:w="3834" w:type="dxa"/>
          </w:tcPr>
          <w:p w14:paraId="26BE14E2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  <w:r w:rsidRPr="008412EB">
              <w:rPr>
                <w:rFonts w:eastAsia="Times New Roman"/>
                <w:lang w:val="da-DK" w:eastAsia="da-DK"/>
              </w:rPr>
              <w:t>hvor I: tester, hvor godt jeres produkt lever op til de krav, som I stillede.</w:t>
            </w:r>
          </w:p>
          <w:p w14:paraId="6533E589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  <w:r w:rsidRPr="008412EB">
              <w:rPr>
                <w:rFonts w:eastAsia="Times New Roman"/>
                <w:lang w:val="da-DK" w:eastAsia="da-DK"/>
              </w:rPr>
              <w:t xml:space="preserve">Beskriv både hvordan </w:t>
            </w:r>
            <w:proofErr w:type="gramStart"/>
            <w:r w:rsidRPr="008412EB">
              <w:rPr>
                <w:rFonts w:eastAsia="Times New Roman"/>
                <w:lang w:val="da-DK" w:eastAsia="da-DK"/>
              </w:rPr>
              <w:t>i</w:t>
            </w:r>
            <w:proofErr w:type="gramEnd"/>
            <w:r w:rsidRPr="008412EB">
              <w:rPr>
                <w:rFonts w:eastAsia="Times New Roman"/>
                <w:lang w:val="da-DK" w:eastAsia="da-DK"/>
              </w:rPr>
              <w:t xml:space="preserve"> vil teste og dokumenter testen</w:t>
            </w:r>
          </w:p>
          <w:p w14:paraId="12F9A4E5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</w:p>
        </w:tc>
      </w:tr>
      <w:tr w:rsidR="008412EB" w:rsidRPr="00E13BE5" w14:paraId="799304AB" w14:textId="77777777" w:rsidTr="00F36DBB">
        <w:tc>
          <w:tcPr>
            <w:tcW w:w="2698" w:type="dxa"/>
            <w:vMerge/>
          </w:tcPr>
          <w:p w14:paraId="0686C2AF" w14:textId="77777777" w:rsidR="008412EB" w:rsidRPr="008412EB" w:rsidRDefault="008412EB" w:rsidP="00F36DBB">
            <w:pPr>
              <w:rPr>
                <w:rFonts w:eastAsia="Times New Roman"/>
                <w:b/>
                <w:lang w:val="da-DK" w:eastAsia="da-DK"/>
              </w:rPr>
            </w:pPr>
          </w:p>
        </w:tc>
        <w:tc>
          <w:tcPr>
            <w:tcW w:w="3090" w:type="dxa"/>
          </w:tcPr>
          <w:p w14:paraId="7AE76A1E" w14:textId="77777777" w:rsidR="008412EB" w:rsidRPr="00411613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 w:rsidRPr="00411613">
              <w:rPr>
                <w:rFonts w:eastAsia="Times New Roman"/>
                <w:lang w:eastAsia="da-DK"/>
              </w:rPr>
              <w:t>Diskussion</w:t>
            </w:r>
            <w:proofErr w:type="spellEnd"/>
          </w:p>
        </w:tc>
        <w:tc>
          <w:tcPr>
            <w:tcW w:w="3834" w:type="dxa"/>
          </w:tcPr>
          <w:p w14:paraId="1ADF0A18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  <w:r w:rsidRPr="008412EB">
              <w:rPr>
                <w:rFonts w:eastAsia="Times New Roman"/>
                <w:lang w:val="da-DK" w:eastAsia="da-DK"/>
              </w:rPr>
              <w:t>diskuterer og vurderer i hvilket omfang jeres produkt bidrager til at løse det overordnede samfundsmæssige problem</w:t>
            </w:r>
          </w:p>
        </w:tc>
      </w:tr>
      <w:tr w:rsidR="008412EB" w14:paraId="2F681A00" w14:textId="77777777" w:rsidTr="00F36DBB">
        <w:tc>
          <w:tcPr>
            <w:tcW w:w="2698" w:type="dxa"/>
          </w:tcPr>
          <w:p w14:paraId="18271F0A" w14:textId="77777777" w:rsidR="008412EB" w:rsidRPr="008412EB" w:rsidRDefault="008412EB" w:rsidP="00F36DBB">
            <w:pPr>
              <w:rPr>
                <w:rFonts w:eastAsia="Times New Roman"/>
                <w:b/>
                <w:lang w:val="da-DK" w:eastAsia="da-DK"/>
              </w:rPr>
            </w:pPr>
          </w:p>
        </w:tc>
        <w:tc>
          <w:tcPr>
            <w:tcW w:w="3090" w:type="dxa"/>
          </w:tcPr>
          <w:p w14:paraId="2FDE937B" w14:textId="77777777" w:rsidR="008412EB" w:rsidRPr="00411613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 w:rsidRPr="00411613">
              <w:rPr>
                <w:rFonts w:eastAsia="Times New Roman"/>
                <w:lang w:eastAsia="da-DK"/>
              </w:rPr>
              <w:t>Refleksion</w:t>
            </w:r>
            <w:proofErr w:type="spellEnd"/>
          </w:p>
        </w:tc>
        <w:tc>
          <w:tcPr>
            <w:tcW w:w="3834" w:type="dxa"/>
          </w:tcPr>
          <w:p w14:paraId="08CCAF27" w14:textId="77777777" w:rsidR="008412EB" w:rsidRPr="00170116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 w:rsidRPr="00170116">
              <w:rPr>
                <w:rFonts w:eastAsia="Times New Roman"/>
                <w:lang w:eastAsia="da-DK"/>
              </w:rPr>
              <w:t>reflekterer</w:t>
            </w:r>
            <w:proofErr w:type="spellEnd"/>
            <w:r w:rsidRPr="00170116">
              <w:rPr>
                <w:rFonts w:eastAsia="Times New Roman"/>
                <w:lang w:eastAsia="da-DK"/>
              </w:rPr>
              <w:t xml:space="preserve"> over </w:t>
            </w:r>
            <w:proofErr w:type="spellStart"/>
            <w:r w:rsidRPr="00170116">
              <w:rPr>
                <w:rFonts w:eastAsia="Times New Roman"/>
                <w:lang w:eastAsia="da-DK"/>
              </w:rPr>
              <w:t>gruppens</w:t>
            </w:r>
            <w:proofErr w:type="spellEnd"/>
            <w:r w:rsidRPr="00170116">
              <w:rPr>
                <w:rFonts w:eastAsia="Times New Roman"/>
                <w:lang w:eastAsia="da-DK"/>
              </w:rPr>
              <w:t xml:space="preserve"> </w:t>
            </w:r>
            <w:proofErr w:type="spellStart"/>
            <w:r w:rsidRPr="00170116">
              <w:rPr>
                <w:rFonts w:eastAsia="Times New Roman"/>
                <w:lang w:eastAsia="da-DK"/>
              </w:rPr>
              <w:t>arbejdsproces</w:t>
            </w:r>
            <w:proofErr w:type="spellEnd"/>
          </w:p>
        </w:tc>
      </w:tr>
      <w:tr w:rsidR="008412EB" w:rsidRPr="00E13BE5" w14:paraId="3CD58D87" w14:textId="77777777" w:rsidTr="00F36DBB">
        <w:tc>
          <w:tcPr>
            <w:tcW w:w="2698" w:type="dxa"/>
            <w:vMerge w:val="restart"/>
          </w:tcPr>
          <w:p w14:paraId="47BA39A2" w14:textId="77777777" w:rsidR="008412EB" w:rsidRPr="00483020" w:rsidRDefault="008412EB" w:rsidP="00F36DBB">
            <w:pPr>
              <w:rPr>
                <w:rFonts w:eastAsia="Times New Roman"/>
                <w:b/>
                <w:lang w:eastAsia="da-DK"/>
              </w:rPr>
            </w:pPr>
            <w:proofErr w:type="spellStart"/>
            <w:r>
              <w:rPr>
                <w:rFonts w:eastAsia="Times New Roman"/>
                <w:b/>
                <w:lang w:eastAsia="da-DK"/>
              </w:rPr>
              <w:t>Afslutning</w:t>
            </w:r>
            <w:proofErr w:type="spellEnd"/>
          </w:p>
        </w:tc>
        <w:tc>
          <w:tcPr>
            <w:tcW w:w="3090" w:type="dxa"/>
          </w:tcPr>
          <w:p w14:paraId="4E41C834" w14:textId="77777777" w:rsidR="008412EB" w:rsidRPr="00411613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 w:rsidRPr="00411613">
              <w:rPr>
                <w:rFonts w:eastAsia="Times New Roman"/>
                <w:lang w:eastAsia="da-DK"/>
              </w:rPr>
              <w:t>Konklusion</w:t>
            </w:r>
            <w:proofErr w:type="spellEnd"/>
          </w:p>
        </w:tc>
        <w:tc>
          <w:tcPr>
            <w:tcW w:w="3834" w:type="dxa"/>
          </w:tcPr>
          <w:p w14:paraId="4CAA5040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  <w:r w:rsidRPr="008412EB">
              <w:rPr>
                <w:rFonts w:eastAsia="Times New Roman"/>
                <w:lang w:val="da-DK" w:eastAsia="da-DK"/>
              </w:rPr>
              <w:t>I hvor høj grad løses problemformuleringen</w:t>
            </w:r>
          </w:p>
        </w:tc>
      </w:tr>
      <w:tr w:rsidR="008412EB" w14:paraId="543E9AE1" w14:textId="77777777" w:rsidTr="00F36DBB">
        <w:tc>
          <w:tcPr>
            <w:tcW w:w="2698" w:type="dxa"/>
            <w:vMerge/>
          </w:tcPr>
          <w:p w14:paraId="67A34B8F" w14:textId="77777777" w:rsidR="008412EB" w:rsidRPr="008412EB" w:rsidRDefault="008412EB" w:rsidP="00F36DBB">
            <w:pPr>
              <w:rPr>
                <w:rFonts w:eastAsia="Times New Roman"/>
                <w:b/>
                <w:lang w:val="da-DK" w:eastAsia="da-DK"/>
              </w:rPr>
            </w:pPr>
          </w:p>
        </w:tc>
        <w:tc>
          <w:tcPr>
            <w:tcW w:w="3090" w:type="dxa"/>
          </w:tcPr>
          <w:p w14:paraId="7E968CC7" w14:textId="77777777" w:rsidR="008412EB" w:rsidRPr="00411613" w:rsidRDefault="008412EB" w:rsidP="00F36DBB">
            <w:pPr>
              <w:rPr>
                <w:rFonts w:eastAsia="Times New Roman"/>
                <w:lang w:eastAsia="da-DK"/>
              </w:rPr>
            </w:pPr>
            <w:r w:rsidRPr="00411613">
              <w:rPr>
                <w:rFonts w:eastAsia="Times New Roman"/>
                <w:lang w:eastAsia="da-DK"/>
              </w:rPr>
              <w:t>Kildeliste</w:t>
            </w:r>
          </w:p>
        </w:tc>
        <w:tc>
          <w:tcPr>
            <w:tcW w:w="3834" w:type="dxa"/>
          </w:tcPr>
          <w:p w14:paraId="70A3BAB5" w14:textId="77777777" w:rsidR="008412EB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>
              <w:rPr>
                <w:rFonts w:eastAsia="Times New Roman"/>
                <w:lang w:eastAsia="da-DK"/>
              </w:rPr>
              <w:t>Alfabetisk</w:t>
            </w:r>
            <w:proofErr w:type="spellEnd"/>
            <w:r>
              <w:rPr>
                <w:rFonts w:eastAsia="Times New Roman"/>
                <w:lang w:eastAsia="da-DK"/>
              </w:rPr>
              <w:t xml:space="preserve"> </w:t>
            </w:r>
            <w:proofErr w:type="spellStart"/>
            <w:r>
              <w:rPr>
                <w:rFonts w:eastAsia="Times New Roman"/>
                <w:lang w:eastAsia="da-DK"/>
              </w:rPr>
              <w:t>rækkefølge</w:t>
            </w:r>
            <w:proofErr w:type="spellEnd"/>
            <w:r>
              <w:rPr>
                <w:rFonts w:eastAsia="Times New Roman"/>
                <w:lang w:eastAsia="da-DK"/>
              </w:rPr>
              <w:t xml:space="preserve"> </w:t>
            </w:r>
            <w:proofErr w:type="spellStart"/>
            <w:r>
              <w:rPr>
                <w:rFonts w:eastAsia="Times New Roman"/>
                <w:lang w:eastAsia="da-DK"/>
              </w:rPr>
              <w:t>efter</w:t>
            </w:r>
            <w:proofErr w:type="spellEnd"/>
            <w:r>
              <w:rPr>
                <w:rFonts w:eastAsia="Times New Roman"/>
                <w:lang w:eastAsia="da-DK"/>
              </w:rPr>
              <w:t xml:space="preserve"> </w:t>
            </w:r>
            <w:proofErr w:type="spellStart"/>
            <w:r>
              <w:rPr>
                <w:rFonts w:eastAsia="Times New Roman"/>
                <w:lang w:eastAsia="da-DK"/>
              </w:rPr>
              <w:t>efternavn</w:t>
            </w:r>
            <w:proofErr w:type="spellEnd"/>
          </w:p>
        </w:tc>
      </w:tr>
      <w:tr w:rsidR="008412EB" w:rsidRPr="00E13BE5" w14:paraId="04ABF2CA" w14:textId="77777777" w:rsidTr="00F36DBB">
        <w:tc>
          <w:tcPr>
            <w:tcW w:w="2698" w:type="dxa"/>
            <w:vMerge/>
          </w:tcPr>
          <w:p w14:paraId="00C87D96" w14:textId="77777777" w:rsidR="008412EB" w:rsidRPr="00483020" w:rsidRDefault="008412EB" w:rsidP="00F36DBB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14:paraId="2686A0C9" w14:textId="77777777" w:rsidR="008412EB" w:rsidRPr="00411613" w:rsidRDefault="008412EB" w:rsidP="00F36DBB">
            <w:pPr>
              <w:rPr>
                <w:rFonts w:eastAsia="Times New Roman"/>
                <w:lang w:eastAsia="da-DK"/>
              </w:rPr>
            </w:pPr>
            <w:proofErr w:type="spellStart"/>
            <w:r w:rsidRPr="00411613">
              <w:rPr>
                <w:rFonts w:eastAsia="Times New Roman"/>
                <w:lang w:eastAsia="da-DK"/>
              </w:rPr>
              <w:t>Bilag</w:t>
            </w:r>
            <w:proofErr w:type="spellEnd"/>
          </w:p>
        </w:tc>
        <w:tc>
          <w:tcPr>
            <w:tcW w:w="3834" w:type="dxa"/>
          </w:tcPr>
          <w:p w14:paraId="15D308D4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  <w:r w:rsidRPr="008412EB">
              <w:rPr>
                <w:rFonts w:eastAsia="Times New Roman"/>
                <w:lang w:val="da-DK" w:eastAsia="da-DK"/>
              </w:rPr>
              <w:t>Godkendt projektbeskrivelse</w:t>
            </w:r>
          </w:p>
          <w:p w14:paraId="5C0668C5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  <w:r w:rsidRPr="008412EB">
              <w:rPr>
                <w:rFonts w:eastAsia="Times New Roman"/>
                <w:lang w:val="da-DK" w:eastAsia="da-DK"/>
              </w:rPr>
              <w:t>Tidsplan</w:t>
            </w:r>
          </w:p>
          <w:p w14:paraId="7CEE3527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</w:p>
          <w:p w14:paraId="597A0AC2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  <w:r w:rsidRPr="008412EB">
              <w:rPr>
                <w:rFonts w:eastAsia="Times New Roman"/>
                <w:lang w:val="da-DK" w:eastAsia="da-DK"/>
              </w:rPr>
              <w:lastRenderedPageBreak/>
              <w:t>tegninger og/eller beregninger og/eller programkode samt andet materiale, der henvises til i rapporten.</w:t>
            </w:r>
          </w:p>
          <w:p w14:paraId="39FB9C67" w14:textId="77777777" w:rsidR="008412EB" w:rsidRPr="008412EB" w:rsidRDefault="008412EB" w:rsidP="00F36DBB">
            <w:pPr>
              <w:rPr>
                <w:rFonts w:eastAsia="Times New Roman"/>
                <w:lang w:val="da-DK" w:eastAsia="da-DK"/>
              </w:rPr>
            </w:pPr>
          </w:p>
        </w:tc>
      </w:tr>
    </w:tbl>
    <w:p w14:paraId="538DDAEA" w14:textId="77777777" w:rsidR="008412EB" w:rsidRPr="008412EB" w:rsidRDefault="008412EB" w:rsidP="008412EB">
      <w:pPr>
        <w:rPr>
          <w:rFonts w:eastAsia="Times New Roman"/>
          <w:lang w:val="da-DK" w:eastAsia="da-DK"/>
        </w:rPr>
      </w:pPr>
    </w:p>
    <w:p w14:paraId="0414314E" w14:textId="77777777" w:rsidR="008412EB" w:rsidRPr="008412EB" w:rsidRDefault="008412EB" w:rsidP="008412EB">
      <w:pPr>
        <w:rPr>
          <w:rFonts w:eastAsia="Times New Roman"/>
          <w:lang w:val="da-DK" w:eastAsia="da-DK"/>
        </w:rPr>
      </w:pPr>
      <w:r w:rsidRPr="008412EB">
        <w:rPr>
          <w:rFonts w:eastAsia="Times New Roman"/>
          <w:lang w:val="da-DK" w:eastAsia="da-DK"/>
        </w:rPr>
        <w:t>I skal undervejs gøre jer miljømæssige overvejelser. Disse overvejelser inddrages, hvor det er relevant, fx i forbindelse med opstilling af krav eller som miljøvurdering senere i rapporten. I skal ligeledes inddrage og anvende viden fra andre fag i forløbet.</w:t>
      </w:r>
    </w:p>
    <w:p w14:paraId="15B43F33" w14:textId="77777777" w:rsidR="008412EB" w:rsidRPr="008412EB" w:rsidRDefault="008412EB" w:rsidP="008412EB">
      <w:pPr>
        <w:rPr>
          <w:rFonts w:eastAsia="Times New Roman"/>
          <w:lang w:val="da-DK" w:eastAsia="da-DK"/>
        </w:rPr>
      </w:pPr>
    </w:p>
    <w:p w14:paraId="3EE95467" w14:textId="77777777" w:rsidR="008412EB" w:rsidRPr="008412EB" w:rsidRDefault="008412EB" w:rsidP="008412EB">
      <w:pPr>
        <w:rPr>
          <w:lang w:val="da-DK"/>
        </w:rPr>
      </w:pPr>
    </w:p>
    <w:p w14:paraId="1857DB32" w14:textId="77777777" w:rsidR="008412EB" w:rsidRPr="00586DFD" w:rsidRDefault="008412EB">
      <w:pPr>
        <w:rPr>
          <w:lang w:val="da-DK"/>
        </w:rPr>
      </w:pPr>
    </w:p>
    <w:sectPr w:rsidR="008412EB" w:rsidRPr="00586DF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DB7D9D"/>
    <w:multiLevelType w:val="hybridMultilevel"/>
    <w:tmpl w:val="9ADC61A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226305">
    <w:abstractNumId w:val="8"/>
  </w:num>
  <w:num w:numId="2" w16cid:durableId="317853267">
    <w:abstractNumId w:val="6"/>
  </w:num>
  <w:num w:numId="3" w16cid:durableId="1149981324">
    <w:abstractNumId w:val="5"/>
  </w:num>
  <w:num w:numId="4" w16cid:durableId="381029456">
    <w:abstractNumId w:val="4"/>
  </w:num>
  <w:num w:numId="5" w16cid:durableId="1634166944">
    <w:abstractNumId w:val="7"/>
  </w:num>
  <w:num w:numId="6" w16cid:durableId="1288269745">
    <w:abstractNumId w:val="3"/>
  </w:num>
  <w:num w:numId="7" w16cid:durableId="1509784216">
    <w:abstractNumId w:val="2"/>
  </w:num>
  <w:num w:numId="8" w16cid:durableId="17001714">
    <w:abstractNumId w:val="1"/>
  </w:num>
  <w:num w:numId="9" w16cid:durableId="118840648">
    <w:abstractNumId w:val="0"/>
  </w:num>
  <w:num w:numId="10" w16cid:durableId="1437600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86DFD"/>
    <w:rsid w:val="005D4F35"/>
    <w:rsid w:val="005E43DB"/>
    <w:rsid w:val="008412EB"/>
    <w:rsid w:val="008E1C59"/>
    <w:rsid w:val="00AA1D8D"/>
    <w:rsid w:val="00B47730"/>
    <w:rsid w:val="00CB0664"/>
    <w:rsid w:val="00E13BE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813AF"/>
  <w14:defaultImageDpi w14:val="300"/>
  <w15:docId w15:val="{007F6D3F-0347-F24F-8A5A-8008B99B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B38B35-3828-E544-A477-05880BFED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842</Words>
  <Characters>5137</Characters>
  <Application>Microsoft Office Word</Application>
  <DocSecurity>4</DocSecurity>
  <Lines>42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Poul Winther Bøjsøe</cp:lastModifiedBy>
  <cp:revision>2</cp:revision>
  <dcterms:created xsi:type="dcterms:W3CDTF">2025-08-12T07:42:00Z</dcterms:created>
  <dcterms:modified xsi:type="dcterms:W3CDTF">2025-08-12T07:42:00Z</dcterms:modified>
  <cp:category/>
</cp:coreProperties>
</file>